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35AB4" w14:textId="542B140A" w:rsidR="6A8DA924" w:rsidRPr="00DE68B1" w:rsidRDefault="00C07980" w:rsidP="000B4882">
      <w:pPr>
        <w:pStyle w:val="Heading1"/>
        <w:spacing w:before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Next Steps After a</w:t>
      </w:r>
      <w:r w:rsidR="6A8DA924" w:rsidRPr="00DE68B1">
        <w:rPr>
          <w:rFonts w:ascii="Calibri" w:hAnsi="Calibri" w:cs="Calibri"/>
        </w:rPr>
        <w:t xml:space="preserve"> Needs Improvement Performance Evaluation Rating</w:t>
      </w:r>
    </w:p>
    <w:p w14:paraId="11B8C988" w14:textId="77777777" w:rsidR="000B4882" w:rsidRDefault="000B4882" w:rsidP="000B4882">
      <w:pPr>
        <w:pStyle w:val="Heading2"/>
        <w:spacing w:before="0" w:line="240" w:lineRule="auto"/>
        <w:rPr>
          <w:rFonts w:ascii="Calibri" w:hAnsi="Calibri" w:cs="Calibri"/>
        </w:rPr>
      </w:pPr>
    </w:p>
    <w:p w14:paraId="781FED9E" w14:textId="7918141C" w:rsidR="000B4882" w:rsidRPr="000B4882" w:rsidRDefault="00D83D18" w:rsidP="000B4882">
      <w:pPr>
        <w:pStyle w:val="Heading2"/>
        <w:spacing w:before="0" w:line="240" w:lineRule="auto"/>
        <w:rPr>
          <w:rFonts w:ascii="Calibri" w:hAnsi="Calibri" w:cs="Calibri"/>
        </w:rPr>
      </w:pPr>
      <w:r w:rsidRPr="00DE68B1">
        <w:rPr>
          <w:rFonts w:ascii="Calibri" w:hAnsi="Calibri" w:cs="Calibri"/>
        </w:rPr>
        <w:t>Information</w:t>
      </w:r>
    </w:p>
    <w:p w14:paraId="5E976737" w14:textId="3CEC2E47" w:rsidR="00FB1AA1" w:rsidRPr="00DE68B1" w:rsidRDefault="6A8DA924" w:rsidP="000B4882">
      <w:pPr>
        <w:spacing w:after="0" w:line="240" w:lineRule="auto"/>
        <w:rPr>
          <w:rFonts w:ascii="Calibri" w:hAnsi="Calibri" w:cs="Calibri"/>
        </w:rPr>
      </w:pPr>
      <w:r w:rsidRPr="00DE68B1">
        <w:rPr>
          <w:rFonts w:ascii="Calibri" w:hAnsi="Calibri" w:cs="Calibri"/>
          <w:b/>
          <w:bCs/>
        </w:rPr>
        <w:t>Employee Name</w:t>
      </w:r>
      <w:r w:rsidRPr="00DE68B1">
        <w:rPr>
          <w:rFonts w:ascii="Calibri" w:hAnsi="Calibri" w:cs="Calibri"/>
        </w:rPr>
        <w:t>: __________________________</w:t>
      </w:r>
    </w:p>
    <w:p w14:paraId="6FB703B4" w14:textId="08D36587" w:rsidR="000B4882" w:rsidRDefault="000B4882" w:rsidP="000B4882">
      <w:pPr>
        <w:spacing w:after="0"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Supervisor Name: </w:t>
      </w:r>
      <w:r w:rsidRPr="00DE68B1">
        <w:rPr>
          <w:rFonts w:ascii="Calibri" w:hAnsi="Calibri" w:cs="Calibri"/>
        </w:rPr>
        <w:t>_________________________</w:t>
      </w:r>
    </w:p>
    <w:p w14:paraId="6C9D6543" w14:textId="73BE89BD" w:rsidR="00FB1AA1" w:rsidRPr="00DE68B1" w:rsidRDefault="6A8DA924" w:rsidP="000B4882">
      <w:pPr>
        <w:spacing w:after="0" w:line="240" w:lineRule="auto"/>
        <w:rPr>
          <w:rFonts w:ascii="Calibri" w:hAnsi="Calibri" w:cs="Calibri"/>
        </w:rPr>
      </w:pPr>
      <w:r w:rsidRPr="00DE68B1">
        <w:rPr>
          <w:rFonts w:ascii="Calibri" w:hAnsi="Calibri" w:cs="Calibri"/>
          <w:b/>
          <w:bCs/>
        </w:rPr>
        <w:t>Date</w:t>
      </w:r>
      <w:r w:rsidRPr="00DE68B1">
        <w:rPr>
          <w:rFonts w:ascii="Calibri" w:hAnsi="Calibri" w:cs="Calibri"/>
        </w:rPr>
        <w:t>: __________________________</w:t>
      </w:r>
    </w:p>
    <w:p w14:paraId="5BFABB31" w14:textId="77777777" w:rsidR="000B4882" w:rsidRDefault="000B4882" w:rsidP="000B4882">
      <w:pPr>
        <w:spacing w:after="0" w:line="240" w:lineRule="auto"/>
        <w:rPr>
          <w:rFonts w:ascii="Calibri" w:hAnsi="Calibri" w:cs="Calibri"/>
          <w:b/>
          <w:bCs/>
        </w:rPr>
      </w:pPr>
    </w:p>
    <w:p w14:paraId="59D9FB33" w14:textId="35FA3CC9" w:rsidR="6A8DA924" w:rsidRPr="00DE68B1" w:rsidRDefault="00DE68B1" w:rsidP="000B4882">
      <w:pPr>
        <w:spacing w:after="0" w:line="240" w:lineRule="auto"/>
        <w:rPr>
          <w:rFonts w:ascii="Calibri" w:hAnsi="Calibri" w:cs="Calibri"/>
          <w:b/>
          <w:bCs/>
        </w:rPr>
      </w:pPr>
      <w:r w:rsidRPr="00DE68B1">
        <w:rPr>
          <w:rFonts w:ascii="Calibri" w:hAnsi="Calibri" w:cs="Calibri"/>
          <w:b/>
          <w:bCs/>
        </w:rPr>
        <w:t xml:space="preserve">Select all to which the </w:t>
      </w:r>
      <w:r w:rsidR="6A8DA924" w:rsidRPr="00DE68B1">
        <w:rPr>
          <w:rFonts w:ascii="Calibri" w:hAnsi="Calibri" w:cs="Calibri"/>
          <w:b/>
          <w:bCs/>
        </w:rPr>
        <w:t xml:space="preserve">Needs Improvement rating </w:t>
      </w:r>
      <w:r w:rsidRPr="00DE68B1">
        <w:rPr>
          <w:rFonts w:ascii="Calibri" w:hAnsi="Calibri" w:cs="Calibri"/>
          <w:b/>
          <w:bCs/>
        </w:rPr>
        <w:t>applies</w:t>
      </w:r>
      <w:r w:rsidR="6A8DA924" w:rsidRPr="00DE68B1">
        <w:rPr>
          <w:rFonts w:ascii="Calibri" w:hAnsi="Calibri" w:cs="Calibri"/>
          <w:b/>
          <w:bCs/>
        </w:rPr>
        <w:t>:</w:t>
      </w:r>
    </w:p>
    <w:p w14:paraId="4598F1EB" w14:textId="300F0BAF" w:rsidR="6A8DA924" w:rsidRPr="00DE68B1" w:rsidRDefault="005D1987" w:rsidP="000B4882">
      <w:pPr>
        <w:spacing w:after="0" w:line="240" w:lineRule="auto"/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17983626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68B1" w:rsidRPr="00DE68B1">
            <w:rPr>
              <w:rFonts w:ascii="Segoe UI Symbol" w:eastAsia="MS Gothic" w:hAnsi="Segoe UI Symbol" w:cs="Segoe UI Symbol"/>
            </w:rPr>
            <w:t>☐</w:t>
          </w:r>
        </w:sdtContent>
      </w:sdt>
      <w:r w:rsidR="06BF7B75" w:rsidRPr="00DE68B1">
        <w:rPr>
          <w:rFonts w:ascii="Calibri" w:hAnsi="Calibri" w:cs="Calibri"/>
        </w:rPr>
        <w:t>Expertise Relevant to Position</w:t>
      </w:r>
    </w:p>
    <w:p w14:paraId="44D971CE" w14:textId="5852593D" w:rsidR="6A8DA924" w:rsidRPr="00DE68B1" w:rsidRDefault="005D1987" w:rsidP="000B4882">
      <w:pPr>
        <w:spacing w:after="0" w:line="240" w:lineRule="auto"/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77492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68B1" w:rsidRPr="00DE68B1">
            <w:rPr>
              <w:rFonts w:ascii="Segoe UI Symbol" w:eastAsia="MS Gothic" w:hAnsi="Segoe UI Symbol" w:cs="Segoe UI Symbol"/>
            </w:rPr>
            <w:t>☐</w:t>
          </w:r>
        </w:sdtContent>
      </w:sdt>
      <w:r w:rsidR="06BF7B75" w:rsidRPr="00DE68B1">
        <w:rPr>
          <w:rFonts w:ascii="Calibri" w:hAnsi="Calibri" w:cs="Calibri"/>
        </w:rPr>
        <w:t xml:space="preserve"> Professionalism &amp; Integrity</w:t>
      </w:r>
    </w:p>
    <w:p w14:paraId="1D534DB6" w14:textId="43F24989" w:rsidR="6A8DA924" w:rsidRPr="00DE68B1" w:rsidRDefault="005D1987" w:rsidP="000B4882">
      <w:pPr>
        <w:spacing w:after="0" w:line="240" w:lineRule="auto"/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21042311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68B1" w:rsidRPr="00DE68B1">
            <w:rPr>
              <w:rFonts w:ascii="Segoe UI Symbol" w:eastAsia="MS Gothic" w:hAnsi="Segoe UI Symbol" w:cs="Segoe UI Symbol"/>
            </w:rPr>
            <w:t>☐</w:t>
          </w:r>
        </w:sdtContent>
      </w:sdt>
      <w:r w:rsidR="06BF7B75" w:rsidRPr="00DE68B1">
        <w:rPr>
          <w:rFonts w:ascii="Calibri" w:hAnsi="Calibri" w:cs="Calibri"/>
        </w:rPr>
        <w:t xml:space="preserve"> </w:t>
      </w:r>
      <w:r w:rsidR="00DE68B1" w:rsidRPr="00DE68B1">
        <w:rPr>
          <w:rFonts w:ascii="Calibri" w:hAnsi="Calibri" w:cs="Calibri"/>
        </w:rPr>
        <w:t>Communication</w:t>
      </w:r>
      <w:r w:rsidR="06BF7B75" w:rsidRPr="00DE68B1">
        <w:rPr>
          <w:rFonts w:ascii="Calibri" w:hAnsi="Calibri" w:cs="Calibri"/>
        </w:rPr>
        <w:t xml:space="preserve"> Skills</w:t>
      </w:r>
    </w:p>
    <w:p w14:paraId="00CE22DD" w14:textId="51ADF23B" w:rsidR="6A8DA924" w:rsidRPr="00DE68B1" w:rsidRDefault="005D1987" w:rsidP="000B4882">
      <w:pPr>
        <w:spacing w:after="0" w:line="240" w:lineRule="auto"/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9431912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68B1" w:rsidRPr="00DE68B1">
            <w:rPr>
              <w:rFonts w:ascii="Segoe UI Symbol" w:eastAsia="MS Gothic" w:hAnsi="Segoe UI Symbol" w:cs="Segoe UI Symbol"/>
            </w:rPr>
            <w:t>☐</w:t>
          </w:r>
        </w:sdtContent>
      </w:sdt>
      <w:r w:rsidR="06BF7B75" w:rsidRPr="00DE68B1">
        <w:rPr>
          <w:rFonts w:ascii="Calibri" w:hAnsi="Calibri" w:cs="Calibri"/>
        </w:rPr>
        <w:t xml:space="preserve"> Reliability</w:t>
      </w:r>
    </w:p>
    <w:p w14:paraId="12A2E270" w14:textId="5BDA4D76" w:rsidR="6A8DA924" w:rsidRPr="00DE68B1" w:rsidRDefault="005D1987" w:rsidP="000B4882">
      <w:pPr>
        <w:spacing w:after="0" w:line="240" w:lineRule="auto"/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18711877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68B1" w:rsidRPr="00DE68B1">
            <w:rPr>
              <w:rFonts w:ascii="Segoe UI Symbol" w:eastAsia="MS Gothic" w:hAnsi="Segoe UI Symbol" w:cs="Segoe UI Symbol"/>
            </w:rPr>
            <w:t>☐</w:t>
          </w:r>
        </w:sdtContent>
      </w:sdt>
      <w:r w:rsidR="06BF7B75" w:rsidRPr="00DE68B1">
        <w:rPr>
          <w:rFonts w:ascii="Calibri" w:hAnsi="Calibri" w:cs="Calibri"/>
        </w:rPr>
        <w:t xml:space="preserve"> Adaptability &amp; Effectiveness</w:t>
      </w:r>
    </w:p>
    <w:p w14:paraId="782908E3" w14:textId="736A5BF4" w:rsidR="06BF7B75" w:rsidRPr="00DE68B1" w:rsidRDefault="005D1987" w:rsidP="000B4882">
      <w:pPr>
        <w:spacing w:after="0" w:line="240" w:lineRule="auto"/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1858347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68B1" w:rsidRPr="00DE68B1">
            <w:rPr>
              <w:rFonts w:ascii="Segoe UI Symbol" w:eastAsia="MS Gothic" w:hAnsi="Segoe UI Symbol" w:cs="Segoe UI Symbol"/>
            </w:rPr>
            <w:t>☐</w:t>
          </w:r>
        </w:sdtContent>
      </w:sdt>
      <w:r w:rsidR="06BF7B75" w:rsidRPr="00DE68B1">
        <w:rPr>
          <w:rFonts w:ascii="Calibri" w:hAnsi="Calibri" w:cs="Calibri"/>
        </w:rPr>
        <w:t xml:space="preserve"> Collaboration</w:t>
      </w:r>
    </w:p>
    <w:p w14:paraId="3B0B27C2" w14:textId="69D39ECC" w:rsidR="06BF7B75" w:rsidRPr="00DE68B1" w:rsidRDefault="005D1987" w:rsidP="000B4882">
      <w:pPr>
        <w:spacing w:after="0" w:line="240" w:lineRule="auto"/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17097592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68B1" w:rsidRPr="00DE68B1">
            <w:rPr>
              <w:rFonts w:ascii="Segoe UI Symbol" w:eastAsia="MS Gothic" w:hAnsi="Segoe UI Symbol" w:cs="Segoe UI Symbol"/>
            </w:rPr>
            <w:t>☐</w:t>
          </w:r>
        </w:sdtContent>
      </w:sdt>
      <w:r w:rsidR="06BF7B75" w:rsidRPr="00DE68B1">
        <w:rPr>
          <w:rFonts w:ascii="Calibri" w:hAnsi="Calibri" w:cs="Calibri"/>
        </w:rPr>
        <w:t xml:space="preserve"> Initiative &amp; Leadership</w:t>
      </w:r>
    </w:p>
    <w:p w14:paraId="6105C8EE" w14:textId="77777777" w:rsidR="000B4882" w:rsidRDefault="000B4882" w:rsidP="000B4882">
      <w:pPr>
        <w:pStyle w:val="Heading2"/>
        <w:spacing w:before="0" w:line="240" w:lineRule="auto"/>
        <w:rPr>
          <w:rFonts w:ascii="Calibri" w:hAnsi="Calibri" w:cs="Calibri"/>
        </w:rPr>
      </w:pPr>
    </w:p>
    <w:p w14:paraId="32B1A5CC" w14:textId="26C14F23" w:rsidR="00FB1AA1" w:rsidRPr="00DE68B1" w:rsidRDefault="6A8DA924" w:rsidP="000B4882">
      <w:pPr>
        <w:pStyle w:val="Heading2"/>
        <w:spacing w:before="0" w:line="240" w:lineRule="auto"/>
        <w:rPr>
          <w:rFonts w:ascii="Calibri" w:hAnsi="Calibri" w:cs="Calibri"/>
        </w:rPr>
      </w:pPr>
      <w:r w:rsidRPr="00DE68B1">
        <w:rPr>
          <w:rFonts w:ascii="Calibri" w:hAnsi="Calibri" w:cs="Calibri"/>
        </w:rPr>
        <w:t>1. Purpose of the document</w:t>
      </w:r>
    </w:p>
    <w:p w14:paraId="49B14DA6" w14:textId="4B4125FA" w:rsidR="6A8DA924" w:rsidRPr="00DE68B1" w:rsidRDefault="52546606" w:rsidP="000B4882">
      <w:pPr>
        <w:spacing w:after="0" w:line="240" w:lineRule="auto"/>
        <w:rPr>
          <w:rFonts w:ascii="Calibri" w:hAnsi="Calibri" w:cs="Calibri"/>
        </w:rPr>
      </w:pPr>
      <w:r w:rsidRPr="52546606">
        <w:rPr>
          <w:rFonts w:ascii="Calibri" w:hAnsi="Calibri" w:cs="Calibri"/>
        </w:rPr>
        <w:t xml:space="preserve">This document helps the </w:t>
      </w:r>
      <w:r w:rsidR="00D64FAE">
        <w:rPr>
          <w:rFonts w:ascii="Calibri" w:hAnsi="Calibri" w:cs="Calibri"/>
        </w:rPr>
        <w:t>supervisor and employee</w:t>
      </w:r>
      <w:r w:rsidRPr="52546606">
        <w:rPr>
          <w:rFonts w:ascii="Calibri" w:hAnsi="Calibri" w:cs="Calibri"/>
        </w:rPr>
        <w:t xml:space="preserve"> work together to improve performance in areas marked as ‘Needs Improvement’ on the annual performance evaluation. It outlines clear steps, support options, and check-in points.  </w:t>
      </w:r>
    </w:p>
    <w:p w14:paraId="62E282D0" w14:textId="77777777" w:rsidR="000B4882" w:rsidRDefault="000B4882" w:rsidP="000B4882">
      <w:pPr>
        <w:pStyle w:val="Heading2"/>
        <w:spacing w:before="0" w:line="240" w:lineRule="auto"/>
        <w:rPr>
          <w:rFonts w:ascii="Calibri" w:hAnsi="Calibri" w:cs="Calibri"/>
        </w:rPr>
      </w:pPr>
    </w:p>
    <w:p w14:paraId="2667AE15" w14:textId="73000591" w:rsidR="6A8DA924" w:rsidRPr="00DE68B1" w:rsidRDefault="34D4C77A" w:rsidP="000B4882">
      <w:pPr>
        <w:pStyle w:val="Heading2"/>
        <w:spacing w:before="0" w:line="240" w:lineRule="auto"/>
        <w:rPr>
          <w:rFonts w:ascii="Calibri" w:hAnsi="Calibri" w:cs="Calibri"/>
        </w:rPr>
      </w:pPr>
      <w:r w:rsidRPr="00DE68B1">
        <w:rPr>
          <w:rFonts w:ascii="Calibri" w:hAnsi="Calibri" w:cs="Calibri"/>
        </w:rPr>
        <w:t>2. Action Plan</w:t>
      </w:r>
    </w:p>
    <w:p w14:paraId="72764ED4" w14:textId="426C1279" w:rsidR="00DE68B1" w:rsidRDefault="6A9EE362" w:rsidP="000B4882">
      <w:pPr>
        <w:spacing w:after="0" w:line="240" w:lineRule="auto"/>
        <w:rPr>
          <w:rFonts w:ascii="Calibri" w:hAnsi="Calibri" w:cs="Calibri"/>
        </w:rPr>
      </w:pPr>
      <w:r w:rsidRPr="6A9EE362">
        <w:rPr>
          <w:rFonts w:ascii="Calibri" w:hAnsi="Calibri" w:cs="Calibri"/>
        </w:rPr>
        <w:t xml:space="preserve">Ideally to be </w:t>
      </w:r>
      <w:r w:rsidRPr="00207B80">
        <w:rPr>
          <w:rFonts w:ascii="Calibri" w:hAnsi="Calibri" w:cs="Calibri"/>
          <w:b/>
          <w:bCs/>
          <w:i/>
          <w:iCs/>
        </w:rPr>
        <w:t>completed by the employee</w:t>
      </w:r>
      <w:r w:rsidRPr="6A9EE362">
        <w:rPr>
          <w:rFonts w:ascii="Calibri" w:hAnsi="Calibri" w:cs="Calibri"/>
        </w:rPr>
        <w:t xml:space="preserve"> with supervisor’s input.  See Appendix for a brief reference guide that defines the SMART goal acronym.</w:t>
      </w:r>
    </w:p>
    <w:p w14:paraId="34D6B8E7" w14:textId="77777777" w:rsidR="000B4882" w:rsidRPr="00DE68B1" w:rsidRDefault="000B4882" w:rsidP="000B4882">
      <w:pPr>
        <w:spacing w:after="0" w:line="240" w:lineRule="auto"/>
        <w:rPr>
          <w:rFonts w:ascii="Calibri" w:hAnsi="Calibri" w:cs="Calibri"/>
        </w:rPr>
      </w:pPr>
    </w:p>
    <w:tbl>
      <w:tblPr>
        <w:tblW w:w="8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5"/>
        <w:gridCol w:w="1350"/>
        <w:gridCol w:w="2319"/>
      </w:tblGrid>
      <w:tr w:rsidR="00DE68B1" w:rsidRPr="00DE68B1" w14:paraId="4D6E9CC9" w14:textId="77777777" w:rsidTr="00C07980">
        <w:trPr>
          <w:trHeight w:val="647"/>
        </w:trPr>
        <w:tc>
          <w:tcPr>
            <w:tcW w:w="4945" w:type="dxa"/>
          </w:tcPr>
          <w:p w14:paraId="07992F33" w14:textId="3AE114FD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  <w:b/>
                <w:bCs/>
              </w:rPr>
              <w:t>SMART Goal to improve performance</w:t>
            </w:r>
          </w:p>
        </w:tc>
        <w:tc>
          <w:tcPr>
            <w:tcW w:w="1350" w:type="dxa"/>
          </w:tcPr>
          <w:p w14:paraId="1AB46B9B" w14:textId="655CBA4B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DE68B1">
              <w:rPr>
                <w:rFonts w:ascii="Calibri" w:hAnsi="Calibri" w:cs="Calibri"/>
                <w:b/>
                <w:bCs/>
              </w:rPr>
              <w:t>Target Date</w:t>
            </w:r>
          </w:p>
        </w:tc>
        <w:tc>
          <w:tcPr>
            <w:tcW w:w="2319" w:type="dxa"/>
          </w:tcPr>
          <w:p w14:paraId="3DF9CAEF" w14:textId="310DD0BF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DE68B1">
              <w:rPr>
                <w:rFonts w:ascii="Calibri" w:hAnsi="Calibri" w:cs="Calibri"/>
                <w:b/>
                <w:bCs/>
              </w:rPr>
              <w:t>Support resources (if applicable)</w:t>
            </w:r>
          </w:p>
        </w:tc>
      </w:tr>
      <w:tr w:rsidR="00DE68B1" w:rsidRPr="00DE68B1" w14:paraId="1A8D4C95" w14:textId="77777777" w:rsidTr="00C07980">
        <w:trPr>
          <w:trHeight w:val="302"/>
        </w:trPr>
        <w:tc>
          <w:tcPr>
            <w:tcW w:w="4945" w:type="dxa"/>
          </w:tcPr>
          <w:p w14:paraId="27819C3E" w14:textId="158B883B" w:rsidR="00DE68B1" w:rsidRPr="00C07980" w:rsidRDefault="00C07980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r w:rsidRPr="00C07980">
              <w:rPr>
                <w:rFonts w:ascii="Calibri" w:hAnsi="Calibri" w:cs="Calibri"/>
                <w:i/>
                <w:iCs/>
              </w:rPr>
              <w:t xml:space="preserve">Example: </w:t>
            </w:r>
            <w:r>
              <w:rPr>
                <w:rFonts w:ascii="Calibri" w:hAnsi="Calibri" w:cs="Calibri"/>
                <w:i/>
                <w:iCs/>
              </w:rPr>
              <w:t xml:space="preserve">Improve written communication skills by developing </w:t>
            </w:r>
            <w:proofErr w:type="gramStart"/>
            <w:r>
              <w:rPr>
                <w:rFonts w:ascii="Calibri" w:hAnsi="Calibri" w:cs="Calibri"/>
                <w:i/>
                <w:iCs/>
              </w:rPr>
              <w:t>a proposal</w:t>
            </w:r>
            <w:proofErr w:type="gramEnd"/>
            <w:r>
              <w:rPr>
                <w:rFonts w:ascii="Calibri" w:hAnsi="Calibri" w:cs="Calibri"/>
                <w:i/>
                <w:iCs/>
              </w:rPr>
              <w:t xml:space="preserve"> by end Spring 2026.</w:t>
            </w:r>
          </w:p>
        </w:tc>
        <w:tc>
          <w:tcPr>
            <w:tcW w:w="1350" w:type="dxa"/>
          </w:tcPr>
          <w:p w14:paraId="3253CC78" w14:textId="20B6AD10" w:rsidR="00DE68B1" w:rsidRPr="00C07980" w:rsidRDefault="00C07980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r w:rsidRPr="00C07980">
              <w:rPr>
                <w:rFonts w:ascii="Calibri" w:hAnsi="Calibri" w:cs="Calibri"/>
                <w:i/>
                <w:iCs/>
              </w:rPr>
              <w:t>May 15, 2026</w:t>
            </w:r>
          </w:p>
        </w:tc>
        <w:tc>
          <w:tcPr>
            <w:tcW w:w="2319" w:type="dxa"/>
          </w:tcPr>
          <w:p w14:paraId="2474AD2F" w14:textId="22970FC3" w:rsidR="00DE68B1" w:rsidRPr="00C07980" w:rsidRDefault="00C07980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r>
              <w:rPr>
                <w:rFonts w:ascii="Calibri" w:hAnsi="Calibri" w:cs="Calibri"/>
                <w:i/>
                <w:iCs/>
              </w:rPr>
              <w:t>Writer’s</w:t>
            </w:r>
            <w:r w:rsidRPr="00C07980">
              <w:rPr>
                <w:rFonts w:ascii="Calibri" w:hAnsi="Calibri" w:cs="Calibri"/>
                <w:i/>
                <w:iCs/>
              </w:rPr>
              <w:t xml:space="preserve"> Workshop</w:t>
            </w:r>
          </w:p>
        </w:tc>
      </w:tr>
      <w:tr w:rsidR="00DE68B1" w:rsidRPr="00DE68B1" w14:paraId="14B9AC4C" w14:textId="77777777" w:rsidTr="00C07980">
        <w:trPr>
          <w:trHeight w:val="302"/>
        </w:trPr>
        <w:tc>
          <w:tcPr>
            <w:tcW w:w="4945" w:type="dxa"/>
          </w:tcPr>
          <w:p w14:paraId="4C6B29C5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14:paraId="462E3F16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19" w:type="dxa"/>
          </w:tcPr>
          <w:p w14:paraId="2FE9C882" w14:textId="1EB5925F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DE68B1" w:rsidRPr="00DE68B1" w14:paraId="560225F5" w14:textId="77777777" w:rsidTr="00C07980">
        <w:trPr>
          <w:trHeight w:val="302"/>
        </w:trPr>
        <w:tc>
          <w:tcPr>
            <w:tcW w:w="4945" w:type="dxa"/>
          </w:tcPr>
          <w:p w14:paraId="6BCB8BD7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350" w:type="dxa"/>
          </w:tcPr>
          <w:p w14:paraId="7AC09B22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19" w:type="dxa"/>
          </w:tcPr>
          <w:p w14:paraId="003F575B" w14:textId="3B674311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</w:tc>
      </w:tr>
    </w:tbl>
    <w:p w14:paraId="02DCFDC4" w14:textId="77777777" w:rsidR="000B4882" w:rsidRDefault="000B4882" w:rsidP="000B4882">
      <w:pPr>
        <w:pStyle w:val="Heading2"/>
        <w:spacing w:before="0" w:line="240" w:lineRule="auto"/>
        <w:rPr>
          <w:rFonts w:ascii="Calibri" w:hAnsi="Calibri" w:cs="Calibri"/>
        </w:rPr>
      </w:pPr>
    </w:p>
    <w:p w14:paraId="0D05996E" w14:textId="73C90BF7" w:rsidR="00FB1AA1" w:rsidRDefault="34D4C77A" w:rsidP="000B4882">
      <w:pPr>
        <w:pStyle w:val="Heading2"/>
        <w:spacing w:before="0" w:line="240" w:lineRule="auto"/>
        <w:rPr>
          <w:rFonts w:ascii="Calibri" w:hAnsi="Calibri" w:cs="Calibri"/>
        </w:rPr>
      </w:pPr>
      <w:r w:rsidRPr="00DE68B1">
        <w:rPr>
          <w:rFonts w:ascii="Calibri" w:hAnsi="Calibri" w:cs="Calibri"/>
        </w:rPr>
        <w:t xml:space="preserve">3. Check-in </w:t>
      </w:r>
    </w:p>
    <w:p w14:paraId="32D2996A" w14:textId="5FED47D4" w:rsidR="34D4C77A" w:rsidRDefault="00A872CA" w:rsidP="000B4882">
      <w:pPr>
        <w:spacing w:after="0" w:line="240" w:lineRule="auto"/>
        <w:rPr>
          <w:rFonts w:ascii="Calibri" w:hAnsi="Calibri" w:cs="Calibri"/>
        </w:rPr>
      </w:pPr>
      <w:r w:rsidRPr="00DE68B1">
        <w:rPr>
          <w:rFonts w:ascii="Calibri" w:hAnsi="Calibri" w:cs="Calibri"/>
        </w:rPr>
        <w:t>The supervisor</w:t>
      </w:r>
      <w:r w:rsidR="34D4C77A" w:rsidRPr="00DE68B1">
        <w:rPr>
          <w:rFonts w:ascii="Calibri" w:hAnsi="Calibri" w:cs="Calibri"/>
        </w:rPr>
        <w:t xml:space="preserve"> and employee should</w:t>
      </w:r>
      <w:r w:rsidR="00C07980">
        <w:rPr>
          <w:rFonts w:ascii="Calibri" w:hAnsi="Calibri" w:cs="Calibri"/>
        </w:rPr>
        <w:t xml:space="preserve"> determine some dates to </w:t>
      </w:r>
      <w:proofErr w:type="gramStart"/>
      <w:r w:rsidR="34D4C77A" w:rsidRPr="00DE68B1">
        <w:rPr>
          <w:rFonts w:ascii="Calibri" w:hAnsi="Calibri" w:cs="Calibri"/>
        </w:rPr>
        <w:t>check-in</w:t>
      </w:r>
      <w:proofErr w:type="gramEnd"/>
      <w:r w:rsidR="34D4C77A" w:rsidRPr="00DE68B1">
        <w:rPr>
          <w:rFonts w:ascii="Calibri" w:hAnsi="Calibri" w:cs="Calibri"/>
        </w:rPr>
        <w:t xml:space="preserve"> on progress in completing the above </w:t>
      </w:r>
      <w:r w:rsidR="00207B80">
        <w:rPr>
          <w:rFonts w:ascii="Calibri" w:hAnsi="Calibri" w:cs="Calibri"/>
        </w:rPr>
        <w:t xml:space="preserve">agreed upon </w:t>
      </w:r>
      <w:r w:rsidR="34D4C77A" w:rsidRPr="00DE68B1">
        <w:rPr>
          <w:rFonts w:ascii="Calibri" w:hAnsi="Calibri" w:cs="Calibri"/>
        </w:rPr>
        <w:t>Action</w:t>
      </w:r>
      <w:r w:rsidR="00C07980">
        <w:rPr>
          <w:rFonts w:ascii="Calibri" w:hAnsi="Calibri" w:cs="Calibri"/>
        </w:rPr>
        <w:t xml:space="preserve"> Plan.  We encourage employees and supervisors to engage in open, two-way feedback during these check-ins to discuss progress and challenges. </w:t>
      </w:r>
    </w:p>
    <w:p w14:paraId="4F41B103" w14:textId="77777777" w:rsidR="000B4882" w:rsidRPr="00DE68B1" w:rsidRDefault="000B4882" w:rsidP="000B4882">
      <w:pPr>
        <w:spacing w:after="0" w:line="240" w:lineRule="auto"/>
        <w:rPr>
          <w:rFonts w:ascii="Calibri" w:hAnsi="Calibri" w:cs="Calibri"/>
        </w:rPr>
      </w:pPr>
    </w:p>
    <w:tbl>
      <w:tblPr>
        <w:tblW w:w="9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5"/>
        <w:gridCol w:w="1540"/>
        <w:gridCol w:w="5220"/>
      </w:tblGrid>
      <w:tr w:rsidR="00FB1AA1" w:rsidRPr="00DE68B1" w14:paraId="7F06B978" w14:textId="77777777" w:rsidTr="00A872CA">
        <w:trPr>
          <w:trHeight w:val="300"/>
        </w:trPr>
        <w:tc>
          <w:tcPr>
            <w:tcW w:w="2415" w:type="dxa"/>
          </w:tcPr>
          <w:p w14:paraId="4B95F3A9" w14:textId="751789EB" w:rsidR="00FB1AA1" w:rsidRPr="00DE68B1" w:rsidRDefault="00C07980" w:rsidP="000B4882">
            <w:pPr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Progress review milestones</w:t>
            </w:r>
          </w:p>
        </w:tc>
        <w:tc>
          <w:tcPr>
            <w:tcW w:w="1540" w:type="dxa"/>
          </w:tcPr>
          <w:p w14:paraId="093C0F22" w14:textId="6C8448E4" w:rsidR="34D4C77A" w:rsidRPr="00DE68B1" w:rsidRDefault="00C07980" w:rsidP="000B4882">
            <w:pPr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Date</w:t>
            </w:r>
          </w:p>
        </w:tc>
        <w:tc>
          <w:tcPr>
            <w:tcW w:w="5220" w:type="dxa"/>
          </w:tcPr>
          <w:p w14:paraId="4A500FC6" w14:textId="45BA6067" w:rsidR="34D4C77A" w:rsidRPr="00DE68B1" w:rsidRDefault="34D4C77A" w:rsidP="000B4882">
            <w:pPr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DE68B1">
              <w:rPr>
                <w:rFonts w:ascii="Calibri" w:hAnsi="Calibri" w:cs="Calibri"/>
                <w:b/>
                <w:bCs/>
              </w:rPr>
              <w:t>Notes</w:t>
            </w:r>
          </w:p>
        </w:tc>
      </w:tr>
      <w:tr w:rsidR="00FB1AA1" w:rsidRPr="00DE68B1" w14:paraId="2E9FFC87" w14:textId="77777777" w:rsidTr="00A872CA">
        <w:trPr>
          <w:trHeight w:val="300"/>
        </w:trPr>
        <w:tc>
          <w:tcPr>
            <w:tcW w:w="2415" w:type="dxa"/>
          </w:tcPr>
          <w:p w14:paraId="4AD259AD" w14:textId="77777777" w:rsidR="00FB1AA1" w:rsidRPr="00DE68B1" w:rsidRDefault="00D83D18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>First progress review</w:t>
            </w:r>
          </w:p>
        </w:tc>
        <w:tc>
          <w:tcPr>
            <w:tcW w:w="1540" w:type="dxa"/>
          </w:tcPr>
          <w:p w14:paraId="4CCDC2E1" w14:textId="77777777" w:rsidR="34D4C77A" w:rsidRPr="00DE68B1" w:rsidRDefault="34D4C77A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>MM/DD/YYYY</w:t>
            </w:r>
          </w:p>
        </w:tc>
        <w:tc>
          <w:tcPr>
            <w:tcW w:w="5220" w:type="dxa"/>
          </w:tcPr>
          <w:p w14:paraId="38C6487B" w14:textId="583099C8" w:rsidR="34D4C77A" w:rsidRPr="00DE68B1" w:rsidRDefault="140D717F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r w:rsidRPr="140D717F">
              <w:rPr>
                <w:rFonts w:ascii="Calibri" w:hAnsi="Calibri" w:cs="Calibri"/>
                <w:i/>
                <w:iCs/>
              </w:rPr>
              <w:t>Example: 4-month progress review shows good organization of steps and resources identified</w:t>
            </w:r>
          </w:p>
        </w:tc>
      </w:tr>
      <w:tr w:rsidR="00FB1AA1" w:rsidRPr="00DE68B1" w14:paraId="4F89BE46" w14:textId="77777777" w:rsidTr="00A872CA">
        <w:trPr>
          <w:trHeight w:val="300"/>
        </w:trPr>
        <w:tc>
          <w:tcPr>
            <w:tcW w:w="2415" w:type="dxa"/>
          </w:tcPr>
          <w:p w14:paraId="1BEDC59D" w14:textId="77777777" w:rsidR="00FB1AA1" w:rsidRPr="00DE68B1" w:rsidRDefault="00D83D18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>Midpoint review</w:t>
            </w:r>
          </w:p>
        </w:tc>
        <w:tc>
          <w:tcPr>
            <w:tcW w:w="1540" w:type="dxa"/>
          </w:tcPr>
          <w:p w14:paraId="580C9959" w14:textId="77777777" w:rsidR="34D4C77A" w:rsidRPr="00DE68B1" w:rsidRDefault="34D4C77A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>MM/DD/YYYY</w:t>
            </w:r>
          </w:p>
        </w:tc>
        <w:tc>
          <w:tcPr>
            <w:tcW w:w="5220" w:type="dxa"/>
          </w:tcPr>
          <w:p w14:paraId="5B7F18A3" w14:textId="0D51D6C8" w:rsidR="34D4C77A" w:rsidRPr="00DE68B1" w:rsidRDefault="140D717F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r w:rsidRPr="140D717F">
              <w:rPr>
                <w:rFonts w:ascii="Calibri" w:hAnsi="Calibri" w:cs="Calibri"/>
                <w:i/>
                <w:iCs/>
              </w:rPr>
              <w:t xml:space="preserve">Example: 8-month progress review has shown a slowing of accomplishing tasks. One hour meeting dedicated to </w:t>
            </w:r>
          </w:p>
        </w:tc>
      </w:tr>
      <w:tr w:rsidR="00FB1AA1" w:rsidRPr="00DE68B1" w14:paraId="14CB616A" w14:textId="77777777" w:rsidTr="00A872CA">
        <w:trPr>
          <w:trHeight w:val="300"/>
        </w:trPr>
        <w:tc>
          <w:tcPr>
            <w:tcW w:w="2415" w:type="dxa"/>
          </w:tcPr>
          <w:p w14:paraId="4EC87EAC" w14:textId="0EEE2FCA" w:rsidR="00FB1AA1" w:rsidRPr="00DE68B1" w:rsidRDefault="00D83D18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 xml:space="preserve">Final </w:t>
            </w:r>
            <w:r w:rsidR="00C072FE" w:rsidRPr="00DE68B1">
              <w:rPr>
                <w:rFonts w:ascii="Calibri" w:hAnsi="Calibri" w:cs="Calibri"/>
              </w:rPr>
              <w:t>review</w:t>
            </w:r>
          </w:p>
        </w:tc>
        <w:tc>
          <w:tcPr>
            <w:tcW w:w="1540" w:type="dxa"/>
          </w:tcPr>
          <w:p w14:paraId="15A2ED8B" w14:textId="77777777" w:rsidR="34D4C77A" w:rsidRPr="00DE68B1" w:rsidRDefault="34D4C77A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>MM/DD/YYYY</w:t>
            </w:r>
          </w:p>
        </w:tc>
        <w:tc>
          <w:tcPr>
            <w:tcW w:w="5220" w:type="dxa"/>
          </w:tcPr>
          <w:p w14:paraId="032A7FFA" w14:textId="6C2C0DBB" w:rsidR="34D4C77A" w:rsidRPr="00DE68B1" w:rsidRDefault="140D717F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r w:rsidRPr="140D717F">
              <w:rPr>
                <w:rFonts w:ascii="Calibri" w:hAnsi="Calibri" w:cs="Calibri"/>
                <w:i/>
                <w:iCs/>
              </w:rPr>
              <w:t xml:space="preserve">Example: Final </w:t>
            </w:r>
            <w:r w:rsidR="00D64FAE">
              <w:rPr>
                <w:rFonts w:ascii="Calibri" w:hAnsi="Calibri" w:cs="Calibri"/>
                <w:i/>
                <w:iCs/>
              </w:rPr>
              <w:t>review shows improvement to the level of performing successfully</w:t>
            </w:r>
          </w:p>
        </w:tc>
      </w:tr>
    </w:tbl>
    <w:p w14:paraId="1999791A" w14:textId="77777777" w:rsidR="000B4882" w:rsidRDefault="000B4882" w:rsidP="000B4882">
      <w:pPr>
        <w:pStyle w:val="Heading2"/>
        <w:spacing w:before="0" w:line="240" w:lineRule="auto"/>
        <w:rPr>
          <w:rFonts w:ascii="Calibri" w:hAnsi="Calibri" w:cs="Calibri"/>
        </w:rPr>
      </w:pPr>
    </w:p>
    <w:p w14:paraId="3445B1D6" w14:textId="77777777" w:rsidR="000B4882" w:rsidRPr="000B4882" w:rsidRDefault="000B4882" w:rsidP="000B4882"/>
    <w:p w14:paraId="78D1C51E" w14:textId="6EE67167" w:rsidR="00D64FAE" w:rsidRDefault="00D64FAE" w:rsidP="000B4882">
      <w:pPr>
        <w:pStyle w:val="Heading2"/>
        <w:spacing w:before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4</w:t>
      </w:r>
      <w:r w:rsidRPr="00DE68B1">
        <w:rPr>
          <w:rFonts w:ascii="Calibri" w:hAnsi="Calibri" w:cs="Calibri"/>
        </w:rPr>
        <w:t xml:space="preserve">. </w:t>
      </w:r>
      <w:r>
        <w:rPr>
          <w:rFonts w:ascii="Calibri" w:hAnsi="Calibri" w:cs="Calibri"/>
        </w:rPr>
        <w:t>Expectations</w:t>
      </w:r>
    </w:p>
    <w:p w14:paraId="24BEC890" w14:textId="413D4D88" w:rsidR="00D64FAE" w:rsidRDefault="00D64FAE" w:rsidP="000B4882">
      <w:pPr>
        <w:spacing w:after="0" w:line="240" w:lineRule="auto"/>
        <w:rPr>
          <w:rFonts w:ascii="Calibri" w:hAnsi="Calibri" w:cs="Calibri"/>
        </w:rPr>
      </w:pPr>
      <w:r w:rsidRPr="00D64FAE">
        <w:rPr>
          <w:rFonts w:ascii="Calibri" w:hAnsi="Calibri" w:cs="Calibri"/>
        </w:rPr>
        <w:t xml:space="preserve">The </w:t>
      </w:r>
      <w:r>
        <w:rPr>
          <w:rFonts w:ascii="Calibri" w:hAnsi="Calibri" w:cs="Calibri"/>
        </w:rPr>
        <w:t>supervisor is expected to be directly responsible for</w:t>
      </w:r>
      <w:r w:rsidR="000B4882">
        <w:rPr>
          <w:rFonts w:ascii="Calibri" w:hAnsi="Calibri" w:cs="Calibri"/>
        </w:rPr>
        <w:t>:</w:t>
      </w:r>
    </w:p>
    <w:p w14:paraId="516F775F" w14:textId="2EF06B1D" w:rsidR="000B4882" w:rsidRDefault="000B4882" w:rsidP="000B4882">
      <w:pPr>
        <w:pStyle w:val="ListParagraph"/>
        <w:numPr>
          <w:ilvl w:val="0"/>
          <w:numId w:val="1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Reviewing the </w:t>
      </w:r>
      <w:r w:rsidR="00207B80" w:rsidRPr="00207B80">
        <w:rPr>
          <w:rFonts w:ascii="Calibri" w:hAnsi="Calibri" w:cs="Calibri"/>
          <w:b/>
          <w:bCs/>
          <w:i/>
          <w:iCs/>
        </w:rPr>
        <w:t xml:space="preserve">employee developed </w:t>
      </w:r>
      <w:r w:rsidRPr="00207B80">
        <w:rPr>
          <w:rFonts w:ascii="Calibri" w:hAnsi="Calibri" w:cs="Calibri"/>
          <w:b/>
          <w:bCs/>
          <w:i/>
          <w:iCs/>
        </w:rPr>
        <w:t>action plan</w:t>
      </w:r>
      <w:r>
        <w:rPr>
          <w:rFonts w:ascii="Calibri" w:hAnsi="Calibri" w:cs="Calibri"/>
        </w:rPr>
        <w:t xml:space="preserve"> and ensuring performance expectations are clearly communicated and understood</w:t>
      </w:r>
    </w:p>
    <w:p w14:paraId="37C8E431" w14:textId="3217EE41" w:rsidR="000B4882" w:rsidRDefault="000B4882" w:rsidP="000B4882">
      <w:pPr>
        <w:pStyle w:val="ListParagraph"/>
        <w:numPr>
          <w:ilvl w:val="0"/>
          <w:numId w:val="1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Providing timely coaching, feedback and guidance related to the identified performance improvement areas</w:t>
      </w:r>
    </w:p>
    <w:p w14:paraId="59B0C130" w14:textId="753FCA63" w:rsidR="000B4882" w:rsidRDefault="000B4882" w:rsidP="000B4882">
      <w:pPr>
        <w:pStyle w:val="ListParagraph"/>
        <w:numPr>
          <w:ilvl w:val="0"/>
          <w:numId w:val="1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Connecting the employee with appropriate resources, training opportunities, and support identified in this plan</w:t>
      </w:r>
    </w:p>
    <w:p w14:paraId="7342A5DF" w14:textId="5849F3ED" w:rsidR="000B4882" w:rsidRDefault="000B4882" w:rsidP="000B4882">
      <w:pPr>
        <w:pStyle w:val="ListParagraph"/>
        <w:numPr>
          <w:ilvl w:val="0"/>
          <w:numId w:val="1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Scheduling and conducting the agree</w:t>
      </w:r>
      <w:r w:rsidR="00207B80">
        <w:rPr>
          <w:rFonts w:ascii="Calibri" w:hAnsi="Calibri" w:cs="Calibri"/>
        </w:rPr>
        <w:t>d</w:t>
      </w:r>
      <w:r>
        <w:rPr>
          <w:rFonts w:ascii="Calibri" w:hAnsi="Calibri" w:cs="Calibri"/>
        </w:rPr>
        <w:t>-upon progress review meetings and documenting key discussion points, progress, and any adjustments to the plan</w:t>
      </w:r>
    </w:p>
    <w:p w14:paraId="5E24F56B" w14:textId="4CA07EBD" w:rsidR="000B4882" w:rsidRDefault="000B4882" w:rsidP="000B4882">
      <w:pPr>
        <w:pStyle w:val="ListParagraph"/>
        <w:numPr>
          <w:ilvl w:val="0"/>
          <w:numId w:val="1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Recognizing and communicating improvements when progress is demonstrated and addressing continuing performance concerns promptly when expectations are not being met</w:t>
      </w:r>
    </w:p>
    <w:p w14:paraId="3EBA0944" w14:textId="5316F408" w:rsidR="000B4882" w:rsidRDefault="000B4882" w:rsidP="000B4882">
      <w:pPr>
        <w:pStyle w:val="ListParagraph"/>
        <w:numPr>
          <w:ilvl w:val="0"/>
          <w:numId w:val="1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Maintaining open, respectful, and two-way communication throughout the performance improvement period</w:t>
      </w:r>
    </w:p>
    <w:p w14:paraId="44293389" w14:textId="657AADB9" w:rsidR="000B4882" w:rsidRDefault="000B4882" w:rsidP="000B4882">
      <w:pPr>
        <w:pStyle w:val="ListParagraph"/>
        <w:numPr>
          <w:ilvl w:val="0"/>
          <w:numId w:val="1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Providing reasonable opportunities for the employee to demonstrate improvement and meet established performance expectations</w:t>
      </w:r>
    </w:p>
    <w:p w14:paraId="53355CAC" w14:textId="0BDB36B7" w:rsidR="000B4882" w:rsidRDefault="000B4882" w:rsidP="000B4882">
      <w:pPr>
        <w:pStyle w:val="ListParagraph"/>
        <w:numPr>
          <w:ilvl w:val="0"/>
          <w:numId w:val="12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Consult with Library HR as needed regarding interpretation of expectations, documentation, performance management options, or next steps</w:t>
      </w:r>
    </w:p>
    <w:p w14:paraId="54AF94A5" w14:textId="77777777" w:rsidR="000B4882" w:rsidRDefault="000B4882" w:rsidP="000B4882">
      <w:pPr>
        <w:spacing w:after="0" w:line="240" w:lineRule="auto"/>
        <w:rPr>
          <w:rFonts w:ascii="Calibri" w:hAnsi="Calibri" w:cs="Calibri"/>
        </w:rPr>
      </w:pPr>
    </w:p>
    <w:p w14:paraId="5C96BA78" w14:textId="6CC8213A" w:rsidR="000B4882" w:rsidRDefault="000B4882" w:rsidP="000B4882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The employee is expected to:</w:t>
      </w:r>
    </w:p>
    <w:p w14:paraId="11531173" w14:textId="300A1F55" w:rsidR="000B4882" w:rsidRDefault="000B4882" w:rsidP="000B4882">
      <w:pPr>
        <w:pStyle w:val="ListParagraph"/>
        <w:numPr>
          <w:ilvl w:val="0"/>
          <w:numId w:val="13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Actively participate in developing and completing the action plan</w:t>
      </w:r>
    </w:p>
    <w:p w14:paraId="0FD56D4E" w14:textId="59F9E6FC" w:rsidR="000B4882" w:rsidRDefault="000B4882" w:rsidP="000B4882">
      <w:pPr>
        <w:pStyle w:val="ListParagraph"/>
        <w:numPr>
          <w:ilvl w:val="0"/>
          <w:numId w:val="13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Attend scheduled check-ins and discuss progress, challenges, and support needs</w:t>
      </w:r>
    </w:p>
    <w:p w14:paraId="3D6BAB2A" w14:textId="6EF3895B" w:rsidR="000B4882" w:rsidRDefault="000B4882" w:rsidP="000B4882">
      <w:pPr>
        <w:pStyle w:val="ListParagraph"/>
        <w:numPr>
          <w:ilvl w:val="0"/>
          <w:numId w:val="13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Complete agreed upon development activities and utilize available resources</w:t>
      </w:r>
    </w:p>
    <w:p w14:paraId="048BCF8B" w14:textId="622E881F" w:rsidR="000B4882" w:rsidRDefault="000B4882" w:rsidP="000B4882">
      <w:pPr>
        <w:pStyle w:val="ListParagraph"/>
        <w:numPr>
          <w:ilvl w:val="0"/>
          <w:numId w:val="13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Demonstrate sustained effort toward meeting the performance expectations identified in this plan</w:t>
      </w:r>
    </w:p>
    <w:p w14:paraId="71FA44D5" w14:textId="7F5AAE8A" w:rsidR="000B4882" w:rsidRPr="000B4882" w:rsidRDefault="000B4882" w:rsidP="000B4882">
      <w:pPr>
        <w:pStyle w:val="ListParagraph"/>
        <w:numPr>
          <w:ilvl w:val="0"/>
          <w:numId w:val="13"/>
        </w:num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Communicate promptly with the supervisor regarding barriers that may affect progress</w:t>
      </w:r>
    </w:p>
    <w:p w14:paraId="76FF3EB8" w14:textId="77777777" w:rsidR="00D64FAE" w:rsidRPr="00D64FAE" w:rsidRDefault="00D64FAE" w:rsidP="000B4882">
      <w:pPr>
        <w:pStyle w:val="Heading2"/>
        <w:spacing w:before="0" w:line="240" w:lineRule="auto"/>
        <w:rPr>
          <w:rFonts w:ascii="Calibri" w:eastAsiaTheme="minorEastAsia" w:hAnsi="Calibri" w:cs="Calibri"/>
          <w:b w:val="0"/>
          <w:bCs w:val="0"/>
          <w:color w:val="auto"/>
          <w:sz w:val="22"/>
          <w:szCs w:val="22"/>
        </w:rPr>
      </w:pPr>
    </w:p>
    <w:p w14:paraId="5964EA0F" w14:textId="1BA3D3C0" w:rsidR="00FB1AA1" w:rsidRPr="00DE68B1" w:rsidRDefault="34D4C77A" w:rsidP="000B4882">
      <w:pPr>
        <w:pStyle w:val="Heading2"/>
        <w:spacing w:before="0" w:line="240" w:lineRule="auto"/>
        <w:rPr>
          <w:rFonts w:ascii="Calibri" w:hAnsi="Calibri" w:cs="Calibri"/>
        </w:rPr>
      </w:pPr>
      <w:r w:rsidRPr="00DE68B1">
        <w:rPr>
          <w:rFonts w:ascii="Calibri" w:hAnsi="Calibri" w:cs="Calibri"/>
        </w:rPr>
        <w:t>5. Next steps</w:t>
      </w:r>
    </w:p>
    <w:p w14:paraId="0F743764" w14:textId="0A4F97D6" w:rsidR="00FB1AA1" w:rsidRDefault="00C07980" w:rsidP="000B4882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If the expectations in this plan are not met, further steps may be taken in line with campus procedures. This may include a Letter of Expectation</w:t>
      </w:r>
      <w:r w:rsidR="00D64FAE">
        <w:rPr>
          <w:rFonts w:ascii="Calibri" w:hAnsi="Calibri" w:cs="Calibri"/>
        </w:rPr>
        <w:t>(s)</w:t>
      </w:r>
      <w:r>
        <w:rPr>
          <w:rFonts w:ascii="Calibri" w:hAnsi="Calibri" w:cs="Calibri"/>
        </w:rPr>
        <w:t xml:space="preserve"> or participation in the Performance Partnership Program (PPP), depending on the employee’s classification. </w:t>
      </w:r>
      <w:r w:rsidR="00D64FAE">
        <w:rPr>
          <w:rFonts w:ascii="Calibri" w:hAnsi="Calibri" w:cs="Calibri"/>
        </w:rPr>
        <w:t xml:space="preserve"> Either party may contact Library HR for more information on how to proceed.  </w:t>
      </w:r>
      <w:hyperlink r:id="rId8" w:history="1">
        <w:r w:rsidR="00D64FAE" w:rsidRPr="00972FE5">
          <w:rPr>
            <w:rStyle w:val="Hyperlink"/>
            <w:rFonts w:ascii="Calibri" w:hAnsi="Calibri" w:cs="Calibri"/>
          </w:rPr>
          <w:t>libraryhr@library.illinois.edu</w:t>
        </w:r>
      </w:hyperlink>
      <w:r w:rsidR="00D64FAE">
        <w:rPr>
          <w:rFonts w:ascii="Calibri" w:hAnsi="Calibri" w:cs="Calibri"/>
        </w:rPr>
        <w:t xml:space="preserve"> </w:t>
      </w:r>
    </w:p>
    <w:p w14:paraId="32AFFE52" w14:textId="77777777" w:rsidR="000B4882" w:rsidRDefault="000B4882" w:rsidP="000B4882">
      <w:pPr>
        <w:spacing w:after="0" w:line="240" w:lineRule="auto"/>
        <w:rPr>
          <w:rFonts w:ascii="Calibri" w:hAnsi="Calibri" w:cs="Calibri"/>
        </w:rPr>
      </w:pPr>
    </w:p>
    <w:p w14:paraId="15E3E7C0" w14:textId="472C0D86" w:rsidR="000B4882" w:rsidRPr="000B4882" w:rsidRDefault="000B4882" w:rsidP="000B4882">
      <w:p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  <w:b/>
          <w:bCs/>
        </w:rPr>
        <w:t>Examples of acceptable progress may include</w:t>
      </w:r>
      <w:r w:rsidR="00207B80">
        <w:rPr>
          <w:rFonts w:ascii="Calibri" w:hAnsi="Calibri" w:cs="Calibri"/>
          <w:b/>
          <w:bCs/>
        </w:rPr>
        <w:t xml:space="preserve"> (this is not an exhaustive </w:t>
      </w:r>
      <w:proofErr w:type="gramStart"/>
      <w:r w:rsidR="00207B80">
        <w:rPr>
          <w:rFonts w:ascii="Calibri" w:hAnsi="Calibri" w:cs="Calibri"/>
          <w:b/>
          <w:bCs/>
        </w:rPr>
        <w:t>list,</w:t>
      </w:r>
      <w:proofErr w:type="gramEnd"/>
      <w:r w:rsidR="00207B80">
        <w:rPr>
          <w:rFonts w:ascii="Calibri" w:hAnsi="Calibri" w:cs="Calibri"/>
          <w:b/>
          <w:bCs/>
        </w:rPr>
        <w:t xml:space="preserve"> other examples may be used)</w:t>
      </w:r>
      <w:r w:rsidRPr="000B4882">
        <w:rPr>
          <w:rFonts w:ascii="Calibri" w:hAnsi="Calibri" w:cs="Calibri"/>
          <w:b/>
          <w:bCs/>
        </w:rPr>
        <w:t>:</w:t>
      </w:r>
    </w:p>
    <w:p w14:paraId="633E7CBA" w14:textId="77777777" w:rsidR="000B4882" w:rsidRPr="000B4882" w:rsidRDefault="000B4882" w:rsidP="000B4882">
      <w:pPr>
        <w:numPr>
          <w:ilvl w:val="0"/>
          <w:numId w:val="14"/>
        </w:num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</w:rPr>
        <w:t>Completion of agreed-upon training, professional development activities, or coaching sessions by identified deadlines.</w:t>
      </w:r>
    </w:p>
    <w:p w14:paraId="6F43CC73" w14:textId="77777777" w:rsidR="000B4882" w:rsidRPr="000B4882" w:rsidRDefault="000B4882" w:rsidP="000B4882">
      <w:pPr>
        <w:numPr>
          <w:ilvl w:val="0"/>
          <w:numId w:val="14"/>
        </w:num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</w:rPr>
        <w:t>Consistent completion of assigned work within established timeframes.</w:t>
      </w:r>
    </w:p>
    <w:p w14:paraId="170752AA" w14:textId="77777777" w:rsidR="000B4882" w:rsidRPr="000B4882" w:rsidRDefault="000B4882" w:rsidP="000B4882">
      <w:pPr>
        <w:numPr>
          <w:ilvl w:val="0"/>
          <w:numId w:val="14"/>
        </w:num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</w:rPr>
        <w:t>Demonstrated improvement in work quality, accuracy, or attention to detail, resulting in fewer errors or revisions.</w:t>
      </w:r>
    </w:p>
    <w:p w14:paraId="0EFAF30A" w14:textId="77777777" w:rsidR="000B4882" w:rsidRPr="000B4882" w:rsidRDefault="000B4882" w:rsidP="000B4882">
      <w:pPr>
        <w:numPr>
          <w:ilvl w:val="0"/>
          <w:numId w:val="14"/>
        </w:num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</w:rPr>
        <w:t>Increased timeliness and responsiveness in communication with colleagues, supervisors, or customers.</w:t>
      </w:r>
    </w:p>
    <w:p w14:paraId="4C4A91B6" w14:textId="77777777" w:rsidR="000B4882" w:rsidRPr="000B4882" w:rsidRDefault="000B4882" w:rsidP="000B4882">
      <w:pPr>
        <w:numPr>
          <w:ilvl w:val="0"/>
          <w:numId w:val="14"/>
        </w:num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</w:rPr>
        <w:t>Positive feedback from colleagues, project partners, or stakeholders regarding collaboration, professionalism, or service delivery.</w:t>
      </w:r>
    </w:p>
    <w:p w14:paraId="63C4CD1B" w14:textId="77777777" w:rsidR="000B4882" w:rsidRPr="000B4882" w:rsidRDefault="000B4882" w:rsidP="000B4882">
      <w:pPr>
        <w:numPr>
          <w:ilvl w:val="0"/>
          <w:numId w:val="14"/>
        </w:num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</w:rPr>
        <w:t>Demonstrated use of new skills, processes, or tools learned through training or coaching.</w:t>
      </w:r>
    </w:p>
    <w:p w14:paraId="0FFD646C" w14:textId="77777777" w:rsidR="000B4882" w:rsidRPr="000B4882" w:rsidRDefault="000B4882" w:rsidP="000B4882">
      <w:pPr>
        <w:numPr>
          <w:ilvl w:val="0"/>
          <w:numId w:val="14"/>
        </w:num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</w:rPr>
        <w:t>Regular achievement of interim milestones identified in SMART goals.</w:t>
      </w:r>
    </w:p>
    <w:p w14:paraId="07022E06" w14:textId="77777777" w:rsidR="000B4882" w:rsidRPr="000B4882" w:rsidRDefault="000B4882" w:rsidP="000B4882">
      <w:pPr>
        <w:numPr>
          <w:ilvl w:val="0"/>
          <w:numId w:val="14"/>
        </w:num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</w:rPr>
        <w:t>Sustained improvement over multiple review periods rather than isolated instances of successful performance.</w:t>
      </w:r>
    </w:p>
    <w:p w14:paraId="67DA3D70" w14:textId="77777777" w:rsidR="000B4882" w:rsidRDefault="000B4882" w:rsidP="000B4882">
      <w:pPr>
        <w:spacing w:after="0" w:line="240" w:lineRule="auto"/>
        <w:rPr>
          <w:rFonts w:ascii="Calibri" w:hAnsi="Calibri" w:cs="Calibri"/>
          <w:b/>
          <w:bCs/>
        </w:rPr>
      </w:pPr>
    </w:p>
    <w:p w14:paraId="79AC44CA" w14:textId="04813555" w:rsidR="000B4882" w:rsidRPr="000B4882" w:rsidRDefault="000B4882" w:rsidP="000B4882">
      <w:p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  <w:b/>
          <w:bCs/>
        </w:rPr>
        <w:t>Examples of insufficient progress may include</w:t>
      </w:r>
      <w:r w:rsidR="00207B80">
        <w:rPr>
          <w:rFonts w:ascii="Calibri" w:hAnsi="Calibri" w:cs="Calibri"/>
          <w:b/>
          <w:bCs/>
        </w:rPr>
        <w:t xml:space="preserve"> (this is not an exhaustive </w:t>
      </w:r>
      <w:proofErr w:type="gramStart"/>
      <w:r w:rsidR="00207B80">
        <w:rPr>
          <w:rFonts w:ascii="Calibri" w:hAnsi="Calibri" w:cs="Calibri"/>
          <w:b/>
          <w:bCs/>
        </w:rPr>
        <w:t>list,</w:t>
      </w:r>
      <w:proofErr w:type="gramEnd"/>
      <w:r w:rsidR="00207B80">
        <w:rPr>
          <w:rFonts w:ascii="Calibri" w:hAnsi="Calibri" w:cs="Calibri"/>
          <w:b/>
          <w:bCs/>
        </w:rPr>
        <w:t xml:space="preserve"> other examples may be used)</w:t>
      </w:r>
      <w:r w:rsidRPr="000B4882">
        <w:rPr>
          <w:rFonts w:ascii="Calibri" w:hAnsi="Calibri" w:cs="Calibri"/>
          <w:b/>
          <w:bCs/>
        </w:rPr>
        <w:t>:</w:t>
      </w:r>
    </w:p>
    <w:p w14:paraId="60D7E474" w14:textId="77777777" w:rsidR="000B4882" w:rsidRPr="000B4882" w:rsidRDefault="000B4882" w:rsidP="000B4882">
      <w:pPr>
        <w:numPr>
          <w:ilvl w:val="0"/>
          <w:numId w:val="15"/>
        </w:num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</w:rPr>
        <w:t>Failure to complete agreed-upon development activities.</w:t>
      </w:r>
    </w:p>
    <w:p w14:paraId="556425B5" w14:textId="77777777" w:rsidR="000B4882" w:rsidRPr="000B4882" w:rsidRDefault="000B4882" w:rsidP="000B4882">
      <w:pPr>
        <w:numPr>
          <w:ilvl w:val="0"/>
          <w:numId w:val="15"/>
        </w:num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</w:rPr>
        <w:t>Repeated performance issues previously discussed during coaching or check-ins.</w:t>
      </w:r>
    </w:p>
    <w:p w14:paraId="7E077C59" w14:textId="5F4D4CEA" w:rsidR="000B4882" w:rsidRPr="000B4882" w:rsidRDefault="000B4882" w:rsidP="000B4882">
      <w:pPr>
        <w:numPr>
          <w:ilvl w:val="0"/>
          <w:numId w:val="15"/>
        </w:num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</w:rPr>
        <w:t>Missed milestones without advanced communication or documented barriers.</w:t>
      </w:r>
    </w:p>
    <w:p w14:paraId="003A5C3F" w14:textId="515D9560" w:rsidR="000B4882" w:rsidRPr="000B4882" w:rsidRDefault="000B4882" w:rsidP="000B4882">
      <w:pPr>
        <w:numPr>
          <w:ilvl w:val="0"/>
          <w:numId w:val="15"/>
        </w:num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</w:rPr>
        <w:t>Lack of demonstrated behavioral or performance changes in the identified improvement areas.</w:t>
      </w:r>
    </w:p>
    <w:p w14:paraId="59F17E61" w14:textId="77777777" w:rsidR="000B4882" w:rsidRDefault="000B4882" w:rsidP="000B4882">
      <w:pPr>
        <w:numPr>
          <w:ilvl w:val="0"/>
          <w:numId w:val="15"/>
        </w:numPr>
        <w:spacing w:after="0" w:line="240" w:lineRule="auto"/>
        <w:rPr>
          <w:rFonts w:ascii="Calibri" w:hAnsi="Calibri" w:cs="Calibri"/>
        </w:rPr>
      </w:pPr>
      <w:r w:rsidRPr="000B4882">
        <w:rPr>
          <w:rFonts w:ascii="Calibri" w:hAnsi="Calibri" w:cs="Calibri"/>
        </w:rPr>
        <w:t>Inconsistent performance that does not indicate sustained improvement.</w:t>
      </w:r>
    </w:p>
    <w:p w14:paraId="225C1392" w14:textId="77777777" w:rsidR="000B4882" w:rsidRDefault="000B4882" w:rsidP="000B4882">
      <w:pPr>
        <w:spacing w:after="0" w:line="240" w:lineRule="auto"/>
        <w:rPr>
          <w:rFonts w:ascii="Calibri" w:hAnsi="Calibri" w:cs="Calibri"/>
        </w:rPr>
      </w:pPr>
    </w:p>
    <w:p w14:paraId="3BB4F4B6" w14:textId="77777777" w:rsidR="000B4882" w:rsidRPr="000B4882" w:rsidRDefault="000B4882" w:rsidP="000B4882">
      <w:pPr>
        <w:spacing w:after="0" w:line="240" w:lineRule="auto"/>
        <w:rPr>
          <w:rFonts w:ascii="Calibri" w:hAnsi="Calibri" w:cs="Calibri"/>
        </w:rPr>
      </w:pPr>
    </w:p>
    <w:p w14:paraId="37571A10" w14:textId="77777777" w:rsidR="000B4882" w:rsidRPr="00DE68B1" w:rsidRDefault="000B4882" w:rsidP="000B4882">
      <w:pPr>
        <w:spacing w:after="0" w:line="240" w:lineRule="auto"/>
        <w:rPr>
          <w:rFonts w:ascii="Calibri" w:hAnsi="Calibri" w:cs="Calibri"/>
        </w:rPr>
      </w:pPr>
    </w:p>
    <w:p w14:paraId="39946189" w14:textId="0352AC30" w:rsidR="00C072FE" w:rsidRPr="00DE68B1" w:rsidRDefault="00C072FE" w:rsidP="000B4882">
      <w:pPr>
        <w:spacing w:after="0" w:line="240" w:lineRule="auto"/>
        <w:rPr>
          <w:rFonts w:ascii="Calibri" w:eastAsiaTheme="majorEastAsia" w:hAnsi="Calibri" w:cs="Calibri"/>
          <w:b/>
          <w:bCs/>
          <w:color w:val="4F81BD" w:themeColor="accent1"/>
          <w:sz w:val="26"/>
          <w:szCs w:val="26"/>
        </w:rPr>
      </w:pPr>
      <w:r w:rsidRPr="00DE68B1">
        <w:rPr>
          <w:rFonts w:ascii="Calibri" w:eastAsiaTheme="majorEastAsia" w:hAnsi="Calibri" w:cs="Calibri"/>
          <w:b/>
          <w:bCs/>
          <w:color w:val="4F81BD" w:themeColor="accent1"/>
          <w:sz w:val="26"/>
          <w:szCs w:val="26"/>
        </w:rPr>
        <w:lastRenderedPageBreak/>
        <w:t xml:space="preserve">6. Additional resources </w:t>
      </w:r>
    </w:p>
    <w:p w14:paraId="00664509" w14:textId="6C1DE0CA" w:rsidR="00C072FE" w:rsidRPr="00DE68B1" w:rsidRDefault="00C072FE" w:rsidP="000B4882">
      <w:pPr>
        <w:spacing w:after="0" w:line="240" w:lineRule="auto"/>
        <w:rPr>
          <w:rFonts w:ascii="Calibri" w:hAnsi="Calibri" w:cs="Calibri"/>
        </w:rPr>
      </w:pPr>
      <w:r w:rsidRPr="00DE68B1">
        <w:rPr>
          <w:rFonts w:ascii="Calibri" w:hAnsi="Calibri" w:cs="Calibri"/>
        </w:rPr>
        <w:t>Additional relevant resources that can help support skill development and performance improvement</w:t>
      </w:r>
      <w:r w:rsidR="00C07980">
        <w:rPr>
          <w:rFonts w:ascii="Calibri" w:hAnsi="Calibri" w:cs="Calibri"/>
        </w:rPr>
        <w:t xml:space="preserve">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5"/>
        <w:gridCol w:w="2880"/>
        <w:gridCol w:w="3234"/>
      </w:tblGrid>
      <w:tr w:rsidR="00C072FE" w:rsidRPr="00DE68B1" w14:paraId="297256E4" w14:textId="77777777" w:rsidTr="00914B68">
        <w:tc>
          <w:tcPr>
            <w:tcW w:w="3145" w:type="dxa"/>
          </w:tcPr>
          <w:p w14:paraId="4D9CA96C" w14:textId="088E34A4" w:rsidR="00C072FE" w:rsidRPr="00DE68B1" w:rsidRDefault="00C072FE" w:rsidP="000B4882">
            <w:pPr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DE68B1">
              <w:rPr>
                <w:rFonts w:ascii="Calibri" w:hAnsi="Calibri" w:cs="Calibri"/>
                <w:b/>
                <w:bCs/>
              </w:rPr>
              <w:t>Resource</w:t>
            </w:r>
          </w:p>
        </w:tc>
        <w:tc>
          <w:tcPr>
            <w:tcW w:w="2880" w:type="dxa"/>
          </w:tcPr>
          <w:p w14:paraId="0E1C721F" w14:textId="0FC887FE" w:rsidR="00C072FE" w:rsidRPr="00DE68B1" w:rsidRDefault="00C072FE" w:rsidP="000B4882">
            <w:pPr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DE68B1">
              <w:rPr>
                <w:rFonts w:ascii="Calibri" w:hAnsi="Calibri" w:cs="Calibri"/>
                <w:b/>
                <w:bCs/>
              </w:rPr>
              <w:t>Available at</w:t>
            </w:r>
          </w:p>
        </w:tc>
        <w:tc>
          <w:tcPr>
            <w:tcW w:w="3234" w:type="dxa"/>
          </w:tcPr>
          <w:p w14:paraId="7452D996" w14:textId="56250BC1" w:rsidR="00C072FE" w:rsidRPr="00DE68B1" w:rsidRDefault="00C072FE" w:rsidP="000B4882">
            <w:pPr>
              <w:spacing w:after="0" w:line="240" w:lineRule="auto"/>
              <w:rPr>
                <w:rFonts w:ascii="Calibri" w:hAnsi="Calibri" w:cs="Calibri"/>
                <w:b/>
                <w:bCs/>
              </w:rPr>
            </w:pPr>
            <w:r w:rsidRPr="00DE68B1">
              <w:rPr>
                <w:rFonts w:ascii="Calibri" w:hAnsi="Calibri" w:cs="Calibri"/>
                <w:b/>
                <w:bCs/>
              </w:rPr>
              <w:t>Notes</w:t>
            </w:r>
          </w:p>
        </w:tc>
      </w:tr>
      <w:tr w:rsidR="00C072FE" w:rsidRPr="00DE68B1" w14:paraId="739510A4" w14:textId="77777777" w:rsidTr="00914B68">
        <w:tc>
          <w:tcPr>
            <w:tcW w:w="3145" w:type="dxa"/>
          </w:tcPr>
          <w:p w14:paraId="227C24FF" w14:textId="2DDA377C" w:rsidR="00C072FE" w:rsidRPr="00C07980" w:rsidRDefault="00C072FE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r w:rsidRPr="00C07980">
              <w:rPr>
                <w:rFonts w:ascii="Calibri" w:hAnsi="Calibri" w:cs="Calibri"/>
                <w:i/>
                <w:iCs/>
              </w:rPr>
              <w:t xml:space="preserve">Example: LinkedIn Learning </w:t>
            </w:r>
          </w:p>
        </w:tc>
        <w:tc>
          <w:tcPr>
            <w:tcW w:w="2880" w:type="dxa"/>
          </w:tcPr>
          <w:p w14:paraId="0FA41F02" w14:textId="2E6BDE89" w:rsidR="00C072FE" w:rsidRPr="00C07980" w:rsidRDefault="00C072FE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r w:rsidRPr="00C07980">
              <w:rPr>
                <w:rFonts w:ascii="Calibri" w:hAnsi="Calibri" w:cs="Calibri"/>
                <w:i/>
                <w:iCs/>
              </w:rPr>
              <w:t>Online (</w:t>
            </w:r>
            <w:hyperlink r:id="rId9" w:history="1">
              <w:r w:rsidRPr="00C07980">
                <w:rPr>
                  <w:rStyle w:val="Hyperlink"/>
                  <w:rFonts w:ascii="Calibri" w:hAnsi="Calibri" w:cs="Calibri"/>
                  <w:i/>
                  <w:iCs/>
                </w:rPr>
                <w:t>Campus LinkedIn Learning login</w:t>
              </w:r>
            </w:hyperlink>
            <w:r w:rsidRPr="00C07980">
              <w:rPr>
                <w:rFonts w:ascii="Calibri" w:hAnsi="Calibri" w:cs="Calibri"/>
                <w:i/>
                <w:iCs/>
              </w:rPr>
              <w:t>)</w:t>
            </w:r>
          </w:p>
        </w:tc>
        <w:tc>
          <w:tcPr>
            <w:tcW w:w="3234" w:type="dxa"/>
          </w:tcPr>
          <w:p w14:paraId="2646576F" w14:textId="1DE8BBA3" w:rsidR="00C072FE" w:rsidRPr="00DE68B1" w:rsidRDefault="00C072FE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C072FE" w:rsidRPr="00DE68B1" w14:paraId="113B56C7" w14:textId="77777777" w:rsidTr="00914B68">
        <w:tc>
          <w:tcPr>
            <w:tcW w:w="3145" w:type="dxa"/>
          </w:tcPr>
          <w:p w14:paraId="38AC632F" w14:textId="21C51BC6" w:rsidR="00C072FE" w:rsidRPr="00C07980" w:rsidRDefault="00C072FE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r w:rsidRPr="00C07980">
              <w:rPr>
                <w:rFonts w:ascii="Calibri" w:hAnsi="Calibri" w:cs="Calibri"/>
                <w:i/>
                <w:iCs/>
              </w:rPr>
              <w:t>Example: Library Organization Development &amp; Training</w:t>
            </w:r>
          </w:p>
        </w:tc>
        <w:tc>
          <w:tcPr>
            <w:tcW w:w="2880" w:type="dxa"/>
          </w:tcPr>
          <w:p w14:paraId="4865C270" w14:textId="6172D7A8" w:rsidR="00C072FE" w:rsidRPr="00C07980" w:rsidRDefault="00C072FE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hyperlink r:id="rId10" w:history="1">
              <w:r w:rsidRPr="00C07980">
                <w:rPr>
                  <w:rStyle w:val="Hyperlink"/>
                  <w:rFonts w:ascii="Calibri" w:hAnsi="Calibri" w:cs="Calibri"/>
                  <w:i/>
                  <w:iCs/>
                </w:rPr>
                <w:t>training@library.illinois.edu</w:t>
              </w:r>
            </w:hyperlink>
          </w:p>
        </w:tc>
        <w:tc>
          <w:tcPr>
            <w:tcW w:w="3234" w:type="dxa"/>
          </w:tcPr>
          <w:p w14:paraId="02E11DA8" w14:textId="17FC77C9" w:rsidR="00C072FE" w:rsidRPr="00C07980" w:rsidRDefault="00C072FE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r w:rsidRPr="00C07980">
              <w:rPr>
                <w:rFonts w:ascii="Calibri" w:hAnsi="Calibri" w:cs="Calibri"/>
                <w:i/>
                <w:iCs/>
              </w:rPr>
              <w:t>Contact for consultation about specific needs</w:t>
            </w:r>
            <w:r w:rsidR="00B431EB" w:rsidRPr="00C07980">
              <w:rPr>
                <w:rFonts w:ascii="Calibri" w:hAnsi="Calibri" w:cs="Calibri"/>
                <w:i/>
                <w:iCs/>
              </w:rPr>
              <w:t>/topics</w:t>
            </w:r>
          </w:p>
        </w:tc>
      </w:tr>
      <w:tr w:rsidR="00C072FE" w:rsidRPr="00DE68B1" w14:paraId="7FE76A03" w14:textId="77777777" w:rsidTr="00914B68">
        <w:tc>
          <w:tcPr>
            <w:tcW w:w="3145" w:type="dxa"/>
          </w:tcPr>
          <w:p w14:paraId="2C7CD23C" w14:textId="2D192D93" w:rsidR="00C072FE" w:rsidRPr="00C07980" w:rsidRDefault="00C07980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r w:rsidRPr="00C07980">
              <w:rPr>
                <w:rFonts w:ascii="Calibri" w:hAnsi="Calibri" w:cs="Calibri"/>
                <w:i/>
                <w:iCs/>
              </w:rPr>
              <w:t>Example: Peer coach or mentor</w:t>
            </w:r>
          </w:p>
        </w:tc>
        <w:tc>
          <w:tcPr>
            <w:tcW w:w="2880" w:type="dxa"/>
          </w:tcPr>
          <w:p w14:paraId="4B9A0C48" w14:textId="0A28979C" w:rsidR="00C072FE" w:rsidRPr="00DE68B1" w:rsidRDefault="00C072FE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3234" w:type="dxa"/>
          </w:tcPr>
          <w:p w14:paraId="6FD600BE" w14:textId="77777777" w:rsidR="00C072FE" w:rsidRPr="00DE68B1" w:rsidRDefault="00C072FE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</w:tc>
      </w:tr>
      <w:tr w:rsidR="00C07980" w:rsidRPr="00DE68B1" w14:paraId="6B50B191" w14:textId="77777777" w:rsidTr="00914B68">
        <w:tc>
          <w:tcPr>
            <w:tcW w:w="3145" w:type="dxa"/>
          </w:tcPr>
          <w:p w14:paraId="331E76C8" w14:textId="77777777" w:rsidR="00C07980" w:rsidRPr="00DE68B1" w:rsidRDefault="00C07980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880" w:type="dxa"/>
          </w:tcPr>
          <w:p w14:paraId="32BFAB07" w14:textId="77777777" w:rsidR="00C07980" w:rsidRPr="00DE68B1" w:rsidRDefault="00C07980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3234" w:type="dxa"/>
          </w:tcPr>
          <w:p w14:paraId="7E10F33F" w14:textId="77777777" w:rsidR="00C07980" w:rsidRPr="00DE68B1" w:rsidRDefault="00C07980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</w:tc>
      </w:tr>
    </w:tbl>
    <w:p w14:paraId="699C6D57" w14:textId="77777777" w:rsidR="00C072FE" w:rsidRPr="00DE68B1" w:rsidRDefault="00C072FE" w:rsidP="000B4882">
      <w:pPr>
        <w:spacing w:after="0" w:line="240" w:lineRule="auto"/>
        <w:rPr>
          <w:rFonts w:ascii="Calibri" w:eastAsiaTheme="majorEastAsia" w:hAnsi="Calibri" w:cs="Calibri"/>
          <w:b/>
          <w:bCs/>
          <w:color w:val="4F81BD" w:themeColor="accent1"/>
          <w:sz w:val="26"/>
          <w:szCs w:val="26"/>
        </w:rPr>
      </w:pPr>
    </w:p>
    <w:p w14:paraId="787DA70E" w14:textId="7CF66C96" w:rsidR="00FB1AA1" w:rsidRPr="00DE68B1" w:rsidRDefault="00C072FE" w:rsidP="000B4882">
      <w:pPr>
        <w:pStyle w:val="Heading2"/>
        <w:spacing w:before="0" w:line="240" w:lineRule="auto"/>
        <w:rPr>
          <w:rFonts w:ascii="Calibri" w:hAnsi="Calibri" w:cs="Calibri"/>
        </w:rPr>
      </w:pPr>
      <w:r w:rsidRPr="00DE68B1">
        <w:rPr>
          <w:rFonts w:ascii="Calibri" w:hAnsi="Calibri" w:cs="Calibri"/>
        </w:rPr>
        <w:t>7. Signatures</w:t>
      </w:r>
    </w:p>
    <w:p w14:paraId="238B1016" w14:textId="79F4E086" w:rsidR="00FB1AA1" w:rsidRPr="00DE68B1" w:rsidRDefault="00D83D18" w:rsidP="000B4882">
      <w:pPr>
        <w:spacing w:after="0" w:line="240" w:lineRule="auto"/>
        <w:rPr>
          <w:rFonts w:ascii="Calibri" w:hAnsi="Calibri" w:cs="Calibri"/>
        </w:rPr>
      </w:pPr>
      <w:r w:rsidRPr="00DE68B1">
        <w:rPr>
          <w:rFonts w:ascii="Calibri" w:hAnsi="Calibri" w:cs="Calibri"/>
        </w:rPr>
        <w:t>Employee Signature: _________________________</w:t>
      </w:r>
      <w:r w:rsidR="00C86043" w:rsidRPr="00DE68B1">
        <w:rPr>
          <w:rFonts w:ascii="Calibri" w:hAnsi="Calibri" w:cs="Calibri"/>
        </w:rPr>
        <w:t>_</w:t>
      </w:r>
      <w:r w:rsidR="001E3998">
        <w:rPr>
          <w:rFonts w:ascii="Calibri" w:hAnsi="Calibri" w:cs="Calibri"/>
        </w:rPr>
        <w:t>_________</w:t>
      </w:r>
      <w:proofErr w:type="gramStart"/>
      <w:r w:rsidR="001E3998">
        <w:rPr>
          <w:rFonts w:ascii="Calibri" w:hAnsi="Calibri" w:cs="Calibri"/>
        </w:rPr>
        <w:t>_</w:t>
      </w:r>
      <w:r w:rsidR="00C86043">
        <w:rPr>
          <w:rFonts w:ascii="Calibri" w:hAnsi="Calibri" w:cs="Calibri"/>
        </w:rPr>
        <w:t xml:space="preserve"> </w:t>
      </w:r>
      <w:r w:rsidR="00C86043">
        <w:rPr>
          <w:rFonts w:ascii="Calibri" w:hAnsi="Calibri" w:cs="Calibri"/>
        </w:rPr>
        <w:tab/>
        <w:t>Date</w:t>
      </w:r>
      <w:proofErr w:type="gramEnd"/>
      <w:r w:rsidRPr="00DE68B1">
        <w:rPr>
          <w:rFonts w:ascii="Calibri" w:hAnsi="Calibri" w:cs="Calibri"/>
        </w:rPr>
        <w:t>: __________________</w:t>
      </w:r>
      <w:r w:rsidR="001E3998">
        <w:rPr>
          <w:rFonts w:ascii="Calibri" w:hAnsi="Calibri" w:cs="Calibri"/>
        </w:rPr>
        <w:t>__</w:t>
      </w:r>
    </w:p>
    <w:p w14:paraId="259DDE33" w14:textId="77777777" w:rsidR="00207B80" w:rsidRDefault="00207B80" w:rsidP="000B4882">
      <w:pPr>
        <w:spacing w:after="0" w:line="240" w:lineRule="auto"/>
        <w:rPr>
          <w:rFonts w:ascii="Calibri" w:hAnsi="Calibri" w:cs="Calibri"/>
        </w:rPr>
      </w:pPr>
    </w:p>
    <w:p w14:paraId="53FB926D" w14:textId="27F2B887" w:rsidR="00FB1AA1" w:rsidRPr="00DE68B1" w:rsidRDefault="00D83D18" w:rsidP="000B4882">
      <w:pPr>
        <w:spacing w:after="0" w:line="240" w:lineRule="auto"/>
        <w:rPr>
          <w:rFonts w:ascii="Calibri" w:hAnsi="Calibri" w:cs="Calibri"/>
        </w:rPr>
      </w:pPr>
      <w:r w:rsidRPr="00DE68B1">
        <w:rPr>
          <w:rFonts w:ascii="Calibri" w:hAnsi="Calibri" w:cs="Calibri"/>
        </w:rPr>
        <w:t>Supervisor Signature: __________________________</w:t>
      </w:r>
      <w:r w:rsidR="001E3998">
        <w:rPr>
          <w:rFonts w:ascii="Calibri" w:hAnsi="Calibri" w:cs="Calibri"/>
        </w:rPr>
        <w:t>__________</w:t>
      </w:r>
      <w:r w:rsidR="001E3998">
        <w:rPr>
          <w:rFonts w:ascii="Calibri" w:hAnsi="Calibri" w:cs="Calibri"/>
        </w:rPr>
        <w:tab/>
      </w:r>
      <w:r w:rsidRPr="00DE68B1">
        <w:rPr>
          <w:rFonts w:ascii="Calibri" w:hAnsi="Calibri" w:cs="Calibri"/>
        </w:rPr>
        <w:t>Date: ____________________</w:t>
      </w:r>
    </w:p>
    <w:p w14:paraId="2F6B51C0" w14:textId="77777777" w:rsidR="00207B80" w:rsidRDefault="00207B80" w:rsidP="000B4882">
      <w:pPr>
        <w:spacing w:after="0" w:line="240" w:lineRule="auto"/>
        <w:rPr>
          <w:rFonts w:ascii="Calibri" w:hAnsi="Calibri" w:cs="Calibri"/>
        </w:rPr>
      </w:pPr>
    </w:p>
    <w:p w14:paraId="65D88EA3" w14:textId="75DEF489" w:rsidR="00FB1AA1" w:rsidRPr="00DE68B1" w:rsidRDefault="00207B80" w:rsidP="000B4882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Library HR Signature: </w:t>
      </w:r>
      <w:r w:rsidR="00D83D18" w:rsidRPr="00DE68B1">
        <w:rPr>
          <w:rFonts w:ascii="Calibri" w:hAnsi="Calibri" w:cs="Calibri"/>
        </w:rPr>
        <w:t xml:space="preserve"> __________</w:t>
      </w:r>
      <w:r>
        <w:rPr>
          <w:rFonts w:ascii="Calibri" w:hAnsi="Calibri" w:cs="Calibri"/>
        </w:rPr>
        <w:t>_________</w:t>
      </w:r>
      <w:r w:rsidR="00D83D18" w:rsidRPr="00DE68B1">
        <w:rPr>
          <w:rFonts w:ascii="Calibri" w:hAnsi="Calibri" w:cs="Calibri"/>
        </w:rPr>
        <w:t>______________</w:t>
      </w:r>
      <w:r>
        <w:rPr>
          <w:rFonts w:ascii="Calibri" w:hAnsi="Calibri" w:cs="Calibri"/>
        </w:rPr>
        <w:t>_</w:t>
      </w:r>
      <w:r w:rsidR="00D83D18" w:rsidRPr="00DE68B1">
        <w:rPr>
          <w:rFonts w:ascii="Calibri" w:hAnsi="Calibri" w:cs="Calibri"/>
        </w:rPr>
        <w:t>__</w:t>
      </w:r>
      <w:r w:rsidR="00914B68">
        <w:rPr>
          <w:rFonts w:ascii="Calibri" w:hAnsi="Calibri" w:cs="Calibri"/>
        </w:rPr>
        <w:tab/>
      </w:r>
      <w:r w:rsidR="00D83D18" w:rsidRPr="00DE68B1">
        <w:rPr>
          <w:rFonts w:ascii="Calibri" w:hAnsi="Calibri" w:cs="Calibri"/>
        </w:rPr>
        <w:t>Date: ___________________</w:t>
      </w:r>
      <w:r w:rsidR="00C86043">
        <w:rPr>
          <w:rFonts w:ascii="Calibri" w:hAnsi="Calibri" w:cs="Calibri"/>
        </w:rPr>
        <w:t>_</w:t>
      </w:r>
    </w:p>
    <w:p w14:paraId="0966890E" w14:textId="77777777" w:rsidR="00DE68B1" w:rsidRPr="00DE68B1" w:rsidRDefault="00DE68B1" w:rsidP="000B4882">
      <w:pPr>
        <w:spacing w:after="0" w:line="240" w:lineRule="auto"/>
        <w:rPr>
          <w:rFonts w:ascii="Calibri" w:hAnsi="Calibri" w:cs="Calibri"/>
        </w:rPr>
      </w:pPr>
    </w:p>
    <w:p w14:paraId="6D7C9277" w14:textId="4F9A7218" w:rsidR="00DE68B1" w:rsidRPr="00DE68B1" w:rsidRDefault="00DE68B1" w:rsidP="000B4882">
      <w:pPr>
        <w:spacing w:after="0" w:line="240" w:lineRule="auto"/>
        <w:rPr>
          <w:rFonts w:ascii="Calibri" w:eastAsiaTheme="majorEastAsia" w:hAnsi="Calibri" w:cs="Calibri"/>
          <w:b/>
          <w:bCs/>
          <w:color w:val="4F81BD" w:themeColor="accent1"/>
          <w:sz w:val="26"/>
          <w:szCs w:val="26"/>
        </w:rPr>
      </w:pPr>
      <w:r w:rsidRPr="00DE68B1">
        <w:rPr>
          <w:rFonts w:ascii="Calibri" w:eastAsiaTheme="majorEastAsia" w:hAnsi="Calibri" w:cs="Calibri"/>
          <w:b/>
          <w:bCs/>
          <w:color w:val="4F81BD" w:themeColor="accent1"/>
          <w:sz w:val="26"/>
          <w:szCs w:val="26"/>
        </w:rPr>
        <w:t>8. Appendix</w:t>
      </w:r>
    </w:p>
    <w:p w14:paraId="633BD370" w14:textId="387F9432" w:rsidR="00DE68B1" w:rsidRPr="00DE68B1" w:rsidRDefault="6A9EE362" w:rsidP="000B4882">
      <w:pPr>
        <w:spacing w:after="0" w:line="240" w:lineRule="auto"/>
        <w:rPr>
          <w:rFonts w:ascii="Calibri" w:hAnsi="Calibri" w:cs="Calibri"/>
          <w:b/>
          <w:bCs/>
        </w:rPr>
      </w:pPr>
      <w:r w:rsidRPr="6A9EE362">
        <w:rPr>
          <w:rFonts w:ascii="Calibri" w:hAnsi="Calibri" w:cs="Calibri"/>
          <w:b/>
          <w:bCs/>
        </w:rPr>
        <w:t>SMART Goal Reference Guide</w:t>
      </w:r>
    </w:p>
    <w:tbl>
      <w:tblPr>
        <w:tblW w:w="9068" w:type="dxa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7"/>
        <w:gridCol w:w="7781"/>
      </w:tblGrid>
      <w:tr w:rsidR="00DE68B1" w:rsidRPr="00DE68B1" w14:paraId="0A8086A4" w14:textId="77777777" w:rsidTr="00095E8F">
        <w:trPr>
          <w:trHeight w:val="390"/>
        </w:trPr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 w14:paraId="092B4DCD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>S.M.A.R.T.</w:t>
            </w:r>
          </w:p>
        </w:tc>
        <w:tc>
          <w:tcPr>
            <w:tcW w:w="7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 w14:paraId="5D546A57" w14:textId="70B15185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>Considerations</w:t>
            </w:r>
          </w:p>
        </w:tc>
      </w:tr>
      <w:tr w:rsidR="00DE68B1" w:rsidRPr="00DE68B1" w14:paraId="6B8CAF3B" w14:textId="77777777" w:rsidTr="00095E8F">
        <w:trPr>
          <w:trHeight w:val="680"/>
        </w:trPr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B9FECA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  <w:b/>
                <w:bCs/>
              </w:rPr>
              <w:t>S</w:t>
            </w:r>
            <w:r w:rsidRPr="00DE68B1">
              <w:rPr>
                <w:rFonts w:ascii="Calibri" w:hAnsi="Calibri" w:cs="Calibri"/>
              </w:rPr>
              <w:t>pecific</w:t>
            </w:r>
          </w:p>
        </w:tc>
        <w:tc>
          <w:tcPr>
            <w:tcW w:w="7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709AF3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>Does your goal clearly and specifically state what you are trying to achieve?</w:t>
            </w:r>
          </w:p>
          <w:p w14:paraId="03F510A8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r w:rsidRPr="00DE68B1">
              <w:rPr>
                <w:rFonts w:ascii="Calibri" w:hAnsi="Calibri" w:cs="Calibri"/>
                <w:i/>
                <w:iCs/>
              </w:rPr>
              <w:t>If your goal is particularly large or lofty, try breaking it down into smaller, specific SMART goals.</w:t>
            </w:r>
          </w:p>
        </w:tc>
      </w:tr>
      <w:tr w:rsidR="00DE68B1" w:rsidRPr="00DE68B1" w14:paraId="34E9CA90" w14:textId="77777777" w:rsidTr="00095E8F">
        <w:trPr>
          <w:trHeight w:val="683"/>
        </w:trPr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B5F1A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  <w:b/>
                <w:bCs/>
              </w:rPr>
              <w:t>M</w:t>
            </w:r>
            <w:r w:rsidRPr="00DE68B1">
              <w:rPr>
                <w:rFonts w:ascii="Calibri" w:hAnsi="Calibri" w:cs="Calibri"/>
              </w:rPr>
              <w:t>easurable</w:t>
            </w:r>
          </w:p>
        </w:tc>
        <w:tc>
          <w:tcPr>
            <w:tcW w:w="7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EC14E2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>How will you (and others) know if progress is being made on achieving your goal? Can you quantify or put numbers to your outcome?</w:t>
            </w:r>
          </w:p>
        </w:tc>
      </w:tr>
      <w:tr w:rsidR="00DE68B1" w:rsidRPr="00DE68B1" w14:paraId="3E91D3A5" w14:textId="77777777" w:rsidTr="00095E8F">
        <w:trPr>
          <w:trHeight w:val="973"/>
        </w:trPr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0CD374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  <w:p w14:paraId="6F18B426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  <w:b/>
                <w:bCs/>
              </w:rPr>
              <w:t>A</w:t>
            </w:r>
            <w:r w:rsidRPr="00DE68B1">
              <w:rPr>
                <w:rFonts w:ascii="Calibri" w:hAnsi="Calibri" w:cs="Calibri"/>
              </w:rPr>
              <w:t>ttainable</w:t>
            </w:r>
          </w:p>
        </w:tc>
        <w:tc>
          <w:tcPr>
            <w:tcW w:w="7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3F9B0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>Is achieving your goal dependent on anyone else?</w:t>
            </w:r>
          </w:p>
          <w:p w14:paraId="764E8D5B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>Is it possible to reframe your goal so it only depends on you and not others? What factors may prevent you from accomplishing your goal?</w:t>
            </w:r>
          </w:p>
        </w:tc>
      </w:tr>
      <w:tr w:rsidR="00DE68B1" w:rsidRPr="00DE68B1" w14:paraId="774CD892" w14:textId="77777777" w:rsidTr="00095E8F">
        <w:trPr>
          <w:trHeight w:val="976"/>
        </w:trPr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136E1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  <w:p w14:paraId="4153630E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  <w:b/>
                <w:bCs/>
              </w:rPr>
              <w:t>R</w:t>
            </w:r>
            <w:r w:rsidRPr="00DE68B1">
              <w:rPr>
                <w:rFonts w:ascii="Calibri" w:hAnsi="Calibri" w:cs="Calibri"/>
              </w:rPr>
              <w:t>elevant</w:t>
            </w:r>
          </w:p>
        </w:tc>
        <w:tc>
          <w:tcPr>
            <w:tcW w:w="7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0BD9BE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 xml:space="preserve">Why is achieving this goal important to you? What values in your life </w:t>
            </w:r>
            <w:proofErr w:type="gramStart"/>
            <w:r w:rsidRPr="00DE68B1">
              <w:rPr>
                <w:rFonts w:ascii="Calibri" w:hAnsi="Calibri" w:cs="Calibri"/>
              </w:rPr>
              <w:t>does</w:t>
            </w:r>
            <w:proofErr w:type="gramEnd"/>
            <w:r w:rsidRPr="00DE68B1">
              <w:rPr>
                <w:rFonts w:ascii="Calibri" w:hAnsi="Calibri" w:cs="Calibri"/>
              </w:rPr>
              <w:t xml:space="preserve"> this goal reflect?</w:t>
            </w:r>
          </w:p>
          <w:p w14:paraId="5CAD16B4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 xml:space="preserve">What effect will </w:t>
            </w:r>
            <w:proofErr w:type="gramStart"/>
            <w:r w:rsidRPr="00DE68B1">
              <w:rPr>
                <w:rFonts w:ascii="Calibri" w:hAnsi="Calibri" w:cs="Calibri"/>
              </w:rPr>
              <w:t>achieving</w:t>
            </w:r>
            <w:proofErr w:type="gramEnd"/>
            <w:r w:rsidRPr="00DE68B1">
              <w:rPr>
                <w:rFonts w:ascii="Calibri" w:hAnsi="Calibri" w:cs="Calibri"/>
              </w:rPr>
              <w:t xml:space="preserve"> your goal have on your life or on others?</w:t>
            </w:r>
          </w:p>
        </w:tc>
      </w:tr>
      <w:tr w:rsidR="00DE68B1" w:rsidRPr="00DE68B1" w14:paraId="21609976" w14:textId="77777777" w:rsidTr="00095E8F">
        <w:trPr>
          <w:trHeight w:val="973"/>
        </w:trPr>
        <w:tc>
          <w:tcPr>
            <w:tcW w:w="12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1D496E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</w:p>
          <w:p w14:paraId="3096EC7C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  <w:b/>
                <w:bCs/>
              </w:rPr>
              <w:t>T</w:t>
            </w:r>
            <w:r w:rsidRPr="00DE68B1">
              <w:rPr>
                <w:rFonts w:ascii="Calibri" w:hAnsi="Calibri" w:cs="Calibri"/>
              </w:rPr>
              <w:t>ime-bound</w:t>
            </w:r>
          </w:p>
        </w:tc>
        <w:tc>
          <w:tcPr>
            <w:tcW w:w="7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FB1DA0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</w:rPr>
            </w:pPr>
            <w:r w:rsidRPr="00DE68B1">
              <w:rPr>
                <w:rFonts w:ascii="Calibri" w:hAnsi="Calibri" w:cs="Calibri"/>
              </w:rPr>
              <w:t>When will you reach your goal?</w:t>
            </w:r>
          </w:p>
          <w:p w14:paraId="44AC4F07" w14:textId="77777777" w:rsidR="00DE68B1" w:rsidRPr="00DE68B1" w:rsidRDefault="00DE68B1" w:rsidP="000B4882">
            <w:pPr>
              <w:spacing w:after="0" w:line="240" w:lineRule="auto"/>
              <w:rPr>
                <w:rFonts w:ascii="Calibri" w:hAnsi="Calibri" w:cs="Calibri"/>
                <w:i/>
                <w:iCs/>
              </w:rPr>
            </w:pPr>
            <w:r w:rsidRPr="00DE68B1">
              <w:rPr>
                <w:rFonts w:ascii="Calibri" w:hAnsi="Calibri" w:cs="Calibri"/>
                <w:i/>
                <w:iCs/>
              </w:rPr>
              <w:t>Again, if your goal is particularly large, try breaking it down into smaller goals with appropriate incremental deadlines.</w:t>
            </w:r>
          </w:p>
        </w:tc>
      </w:tr>
    </w:tbl>
    <w:p w14:paraId="77103920" w14:textId="77777777" w:rsidR="00DE68B1" w:rsidRPr="00DE68B1" w:rsidRDefault="00DE68B1" w:rsidP="000B4882">
      <w:pPr>
        <w:spacing w:after="0" w:line="240" w:lineRule="auto"/>
        <w:rPr>
          <w:rFonts w:ascii="Calibri" w:hAnsi="Calibri" w:cs="Calibri"/>
        </w:rPr>
      </w:pPr>
    </w:p>
    <w:sectPr w:rsidR="00DE68B1" w:rsidRPr="00DE68B1" w:rsidSect="000B4882"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2CC4E" w14:textId="77777777" w:rsidR="005D1987" w:rsidRDefault="005D1987" w:rsidP="00DE68B1">
      <w:pPr>
        <w:spacing w:after="0" w:line="240" w:lineRule="auto"/>
      </w:pPr>
      <w:r>
        <w:separator/>
      </w:r>
    </w:p>
  </w:endnote>
  <w:endnote w:type="continuationSeparator" w:id="0">
    <w:p w14:paraId="238B3A45" w14:textId="77777777" w:rsidR="005D1987" w:rsidRDefault="005D1987" w:rsidP="00DE6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87AB" w14:textId="77777777" w:rsidR="005D1987" w:rsidRDefault="005D1987" w:rsidP="00DE68B1">
      <w:pPr>
        <w:spacing w:after="0" w:line="240" w:lineRule="auto"/>
      </w:pPr>
      <w:r>
        <w:separator/>
      </w:r>
    </w:p>
  </w:footnote>
  <w:footnote w:type="continuationSeparator" w:id="0">
    <w:p w14:paraId="2EFF0FFA" w14:textId="77777777" w:rsidR="005D1987" w:rsidRDefault="005D1987" w:rsidP="00DE6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EDFF3" w14:textId="3B2EAAE6" w:rsidR="00DE68B1" w:rsidRPr="00DE68B1" w:rsidRDefault="00DE68B1">
    <w:pPr>
      <w:pStyle w:val="Header"/>
      <w:rPr>
        <w:rFonts w:ascii="Calibri" w:hAnsi="Calibri" w:cs="Calibri"/>
      </w:rPr>
    </w:pPr>
    <w:r w:rsidRPr="00DE68B1">
      <w:rPr>
        <w:rFonts w:ascii="Calibri" w:hAnsi="Calibri" w:cs="Calibri"/>
      </w:rPr>
      <w:t>Version Date: 6/</w:t>
    </w:r>
    <w:r w:rsidR="00D64FAE">
      <w:rPr>
        <w:rFonts w:ascii="Calibri" w:hAnsi="Calibri" w:cs="Calibri"/>
      </w:rPr>
      <w:t>19</w:t>
    </w:r>
    <w:r w:rsidRPr="00DE68B1">
      <w:rPr>
        <w:rFonts w:ascii="Calibri" w:hAnsi="Calibri" w:cs="Calibri"/>
      </w:rPr>
      <w:t>/202</w:t>
    </w:r>
    <w:r w:rsidR="00D64FAE">
      <w:rPr>
        <w:rFonts w:ascii="Calibri" w:hAnsi="Calibri" w:cs="Calibri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43A3813"/>
    <w:multiLevelType w:val="hybridMultilevel"/>
    <w:tmpl w:val="E7787A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264F76"/>
    <w:multiLevelType w:val="multilevel"/>
    <w:tmpl w:val="3E743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FA557F"/>
    <w:multiLevelType w:val="hybridMultilevel"/>
    <w:tmpl w:val="CB60DAA2"/>
    <w:lvl w:ilvl="0" w:tplc="DB909F5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9E0285"/>
    <w:multiLevelType w:val="multilevel"/>
    <w:tmpl w:val="BF4E9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A77D40"/>
    <w:multiLevelType w:val="hybridMultilevel"/>
    <w:tmpl w:val="A606D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E51ECF"/>
    <w:multiLevelType w:val="hybridMultilevel"/>
    <w:tmpl w:val="4094E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0944195">
    <w:abstractNumId w:val="8"/>
  </w:num>
  <w:num w:numId="2" w16cid:durableId="1954366139">
    <w:abstractNumId w:val="6"/>
  </w:num>
  <w:num w:numId="3" w16cid:durableId="805128650">
    <w:abstractNumId w:val="5"/>
  </w:num>
  <w:num w:numId="4" w16cid:durableId="1259829356">
    <w:abstractNumId w:val="4"/>
  </w:num>
  <w:num w:numId="5" w16cid:durableId="1286542523">
    <w:abstractNumId w:val="7"/>
  </w:num>
  <w:num w:numId="6" w16cid:durableId="993994603">
    <w:abstractNumId w:val="3"/>
  </w:num>
  <w:num w:numId="7" w16cid:durableId="1082876329">
    <w:abstractNumId w:val="2"/>
  </w:num>
  <w:num w:numId="8" w16cid:durableId="2025784969">
    <w:abstractNumId w:val="1"/>
  </w:num>
  <w:num w:numId="9" w16cid:durableId="1769543193">
    <w:abstractNumId w:val="0"/>
  </w:num>
  <w:num w:numId="10" w16cid:durableId="1507283820">
    <w:abstractNumId w:val="9"/>
  </w:num>
  <w:num w:numId="11" w16cid:durableId="1606570639">
    <w:abstractNumId w:val="11"/>
  </w:num>
  <w:num w:numId="12" w16cid:durableId="1208299996">
    <w:abstractNumId w:val="14"/>
  </w:num>
  <w:num w:numId="13" w16cid:durableId="1411931073">
    <w:abstractNumId w:val="13"/>
  </w:num>
  <w:num w:numId="14" w16cid:durableId="926614182">
    <w:abstractNumId w:val="10"/>
  </w:num>
  <w:num w:numId="15" w16cid:durableId="170940454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95E8F"/>
    <w:rsid w:val="000B4882"/>
    <w:rsid w:val="000F129C"/>
    <w:rsid w:val="0015074B"/>
    <w:rsid w:val="001E3998"/>
    <w:rsid w:val="00207B80"/>
    <w:rsid w:val="0029639D"/>
    <w:rsid w:val="002E10D7"/>
    <w:rsid w:val="00326F90"/>
    <w:rsid w:val="00336230"/>
    <w:rsid w:val="00341CCD"/>
    <w:rsid w:val="003D5EBD"/>
    <w:rsid w:val="00400B24"/>
    <w:rsid w:val="00562F11"/>
    <w:rsid w:val="005D1987"/>
    <w:rsid w:val="0076407F"/>
    <w:rsid w:val="008930E7"/>
    <w:rsid w:val="00914B68"/>
    <w:rsid w:val="00980627"/>
    <w:rsid w:val="00A872CA"/>
    <w:rsid w:val="00AA1D8D"/>
    <w:rsid w:val="00B431EB"/>
    <w:rsid w:val="00B47730"/>
    <w:rsid w:val="00C072FE"/>
    <w:rsid w:val="00C07980"/>
    <w:rsid w:val="00C86043"/>
    <w:rsid w:val="00CB0664"/>
    <w:rsid w:val="00CF7139"/>
    <w:rsid w:val="00D64FAE"/>
    <w:rsid w:val="00D83D18"/>
    <w:rsid w:val="00DE68B1"/>
    <w:rsid w:val="00EA7D2A"/>
    <w:rsid w:val="00F66D72"/>
    <w:rsid w:val="00FB1AA1"/>
    <w:rsid w:val="00FB7A1A"/>
    <w:rsid w:val="00FC693F"/>
    <w:rsid w:val="06BF7B75"/>
    <w:rsid w:val="140D717F"/>
    <w:rsid w:val="34D4C77A"/>
    <w:rsid w:val="52546606"/>
    <w:rsid w:val="6A8DA924"/>
    <w:rsid w:val="6A9EE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978561"/>
  <w14:defaultImageDpi w14:val="300"/>
  <w15:docId w15:val="{BF40336C-BD95-4354-99A1-D75E31F4A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2FE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C072F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72FE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braryhr@library.illinois.ed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training@library.illinois.ed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uillinois.edu/linkedinlearning/login-uiu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6835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Flavin, Grace</cp:lastModifiedBy>
  <cp:revision>2</cp:revision>
  <dcterms:created xsi:type="dcterms:W3CDTF">2026-07-01T20:15:00Z</dcterms:created>
  <dcterms:modified xsi:type="dcterms:W3CDTF">2026-07-01T20:15:00Z</dcterms:modified>
  <cp:category/>
</cp:coreProperties>
</file>